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F5F7D" w14:textId="6A7ECD64" w:rsidR="00BC4C3A" w:rsidRDefault="00A725AD" w:rsidP="148B1424">
      <w:pPr>
        <w:jc w:val="center"/>
      </w:pPr>
      <w:r w:rsidRPr="148B1424">
        <w:rPr>
          <w:b/>
          <w:bCs/>
          <w:sz w:val="30"/>
          <w:szCs w:val="30"/>
        </w:rPr>
        <w:t>Pembrokeshire Coast National Park Authority</w:t>
      </w:r>
      <w:r w:rsidR="5EFA268D" w:rsidRPr="148B1424">
        <w:rPr>
          <w:b/>
          <w:bCs/>
          <w:sz w:val="30"/>
          <w:szCs w:val="30"/>
        </w:rPr>
        <w:t xml:space="preserve">  </w:t>
      </w:r>
      <w:r w:rsidR="5EFA268D">
        <w:rPr>
          <w:noProof/>
        </w:rPr>
        <w:drawing>
          <wp:inline distT="0" distB="0" distL="0" distR="0" wp14:anchorId="1B9A728B" wp14:editId="04F12F76">
            <wp:extent cx="1237595" cy="1237595"/>
            <wp:effectExtent l="0" t="0" r="0" b="0"/>
            <wp:docPr id="1432161362" name="drawing">
              <a:extLst xmlns:a="http://schemas.openxmlformats.org/drawingml/2006/main">
                <a:ext uri="{FF2B5EF4-FFF2-40B4-BE49-F238E27FC236}">
                  <a16:creationId xmlns:a16="http://schemas.microsoft.com/office/drawing/2014/main" id="{1ACAA0F4-F8D2-46DB-8C27-6EAD323F5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2161362" name="Picture 1432161362"/>
                    <pic:cNvPicPr/>
                  </pic:nvPicPr>
                  <pic:blipFill>
                    <a:blip r:embed="rId7">
                      <a:extLst>
                        <a:ext uri="{28A0092B-C50C-407E-A947-70E740481C1C}">
                          <a14:useLocalDpi xmlns:a14="http://schemas.microsoft.com/office/drawing/2010/main"/>
                        </a:ext>
                      </a:extLst>
                    </a:blip>
                    <a:stretch>
                      <a:fillRect/>
                    </a:stretch>
                  </pic:blipFill>
                  <pic:spPr>
                    <a:xfrm>
                      <a:off x="0" y="0"/>
                      <a:ext cx="1237595" cy="1237595"/>
                    </a:xfrm>
                    <a:prstGeom prst="rect">
                      <a:avLst/>
                    </a:prstGeom>
                  </pic:spPr>
                </pic:pic>
              </a:graphicData>
            </a:graphic>
          </wp:inline>
        </w:drawing>
      </w:r>
      <w:r w:rsidR="5EFA268D" w:rsidRPr="148B1424">
        <w:rPr>
          <w:b/>
          <w:bCs/>
          <w:sz w:val="30"/>
          <w:szCs w:val="30"/>
        </w:rPr>
        <w:t xml:space="preserve">  </w:t>
      </w:r>
    </w:p>
    <w:p w14:paraId="7E533528" w14:textId="77777777" w:rsidR="00BC4C3A" w:rsidRDefault="00A725AD">
      <w:pPr>
        <w:jc w:val="center"/>
      </w:pPr>
      <w:r w:rsidRPr="4F28814A">
        <w:rPr>
          <w:b/>
          <w:bCs/>
          <w:sz w:val="40"/>
          <w:szCs w:val="40"/>
        </w:rPr>
        <w:t>Student Work Placement / Traineeship Request Form</w:t>
      </w:r>
    </w:p>
    <w:p w14:paraId="793D9216" w14:textId="6FB9C77A" w:rsidR="00BC4C3A" w:rsidRDefault="00A725AD" w:rsidP="148B1424">
      <w:r>
        <w:t xml:space="preserve">Would you like to find out what it is like to work for Pembrokeshire Coast National Park Authority (PCNPA)? </w:t>
      </w:r>
    </w:p>
    <w:p w14:paraId="6E17E433" w14:textId="61F6E92F" w:rsidR="00BC4C3A" w:rsidRDefault="00A725AD" w:rsidP="148B1424">
      <w:r>
        <w:t xml:space="preserve">You do not need lots of experience or special qualifications to apply. We are interested in you, what you enjoy, what you would like to </w:t>
      </w:r>
      <w:bookmarkStart w:id="0" w:name="_Int_PT4o0V50"/>
      <w:r>
        <w:t>learn</w:t>
      </w:r>
      <w:bookmarkEnd w:id="0"/>
      <w:r>
        <w:t xml:space="preserve"> and how we can help you gain experience</w:t>
      </w:r>
      <w:r w:rsidR="30FA7439">
        <w:t xml:space="preserve">. </w:t>
      </w:r>
      <w:r>
        <w:br/>
      </w:r>
      <w:r>
        <w:br/>
        <w:t>There are lots of different jobs in the National Park, including conservation, ranger work, education, planning, customer service, finance, communications, administration and environmental work.</w:t>
      </w:r>
      <w:r>
        <w:br/>
      </w:r>
      <w:r>
        <w:br/>
      </w:r>
      <w:r w:rsidR="20341C05">
        <w:t>To help us give you a positive experience, p</w:t>
      </w:r>
      <w:r>
        <w:t xml:space="preserve">lease answer the questions in </w:t>
      </w:r>
      <w:r w:rsidR="787045EB">
        <w:t>as much detail as you can.</w:t>
      </w:r>
    </w:p>
    <w:p w14:paraId="0DBD119B" w14:textId="77777777" w:rsidR="00BC4C3A" w:rsidRDefault="00A725AD">
      <w:pPr>
        <w:pStyle w:val="Heading1"/>
      </w:pPr>
      <w:r>
        <w:t>1. About you</w:t>
      </w:r>
    </w:p>
    <w:p w14:paraId="5ED90B35" w14:textId="2EC49C8A" w:rsidR="00BC4C3A" w:rsidRDefault="00A725AD" w:rsidP="148B1424">
      <w:pPr>
        <w:rPr>
          <w:sz w:val="24"/>
          <w:szCs w:val="24"/>
        </w:rPr>
      </w:pPr>
      <w:r w:rsidRPr="148B1424">
        <w:rPr>
          <w:b/>
          <w:bCs/>
          <w:sz w:val="24"/>
          <w:szCs w:val="24"/>
        </w:rPr>
        <w:t>Name:</w:t>
      </w:r>
      <w:r w:rsidR="14C2D3BD" w:rsidRPr="148B1424">
        <w:rPr>
          <w:b/>
          <w:bCs/>
          <w:sz w:val="24"/>
          <w:szCs w:val="24"/>
        </w:rPr>
        <w:t xml:space="preserve">                                                                                                                          Date of birth:       </w:t>
      </w:r>
      <w:r w:rsidR="14C2D3BD" w:rsidRPr="148B1424">
        <w:rPr>
          <w:sz w:val="24"/>
          <w:szCs w:val="24"/>
        </w:rPr>
        <w:t>_________________</w:t>
      </w:r>
    </w:p>
    <w:p w14:paraId="28977C73" w14:textId="5ADD0F28" w:rsidR="00BC4C3A" w:rsidRDefault="00A725AD" w:rsidP="148B1424">
      <w:pPr>
        <w:spacing w:after="80"/>
      </w:pPr>
      <w:r w:rsidRPr="148B1424">
        <w:rPr>
          <w:sz w:val="24"/>
          <w:szCs w:val="24"/>
        </w:rPr>
        <w:t>____________________________________________________</w:t>
      </w:r>
      <w:r w:rsidR="472D5A15" w:rsidRPr="148B1424">
        <w:rPr>
          <w:sz w:val="24"/>
          <w:szCs w:val="24"/>
        </w:rPr>
        <w:t xml:space="preserve"> </w:t>
      </w:r>
      <w:r w:rsidR="5BFCDBE3" w:rsidRPr="148B1424">
        <w:rPr>
          <w:sz w:val="24"/>
          <w:szCs w:val="24"/>
        </w:rPr>
        <w:t xml:space="preserve">                  </w:t>
      </w:r>
      <w:r w:rsidR="5BFCDBE3" w:rsidRPr="148B1424">
        <w:rPr>
          <w:b/>
          <w:bCs/>
          <w:sz w:val="24"/>
          <w:szCs w:val="24"/>
        </w:rPr>
        <w:t xml:space="preserve">Telephone:    </w:t>
      </w:r>
      <w:r w:rsidR="5BFCDBE3" w:rsidRPr="148B1424">
        <w:rPr>
          <w:sz w:val="24"/>
          <w:szCs w:val="24"/>
        </w:rPr>
        <w:t xml:space="preserve">     </w:t>
      </w:r>
      <w:r w:rsidR="5BFCDBE3" w:rsidRPr="148B1424">
        <w:rPr>
          <w:b/>
          <w:bCs/>
          <w:sz w:val="24"/>
          <w:szCs w:val="24"/>
        </w:rPr>
        <w:t xml:space="preserve">   </w:t>
      </w:r>
      <w:r w:rsidR="5BFCDBE3" w:rsidRPr="148B1424">
        <w:rPr>
          <w:sz w:val="24"/>
          <w:szCs w:val="24"/>
        </w:rPr>
        <w:t>_________________</w:t>
      </w:r>
    </w:p>
    <w:p w14:paraId="65B30841" w14:textId="1DE24BBC" w:rsidR="64606E1B" w:rsidRDefault="64606E1B" w:rsidP="148B1424">
      <w:pPr>
        <w:spacing w:after="80"/>
      </w:pPr>
      <w:r w:rsidRPr="148B1424">
        <w:rPr>
          <w:sz w:val="24"/>
          <w:szCs w:val="24"/>
        </w:rPr>
        <w:t xml:space="preserve">    </w:t>
      </w:r>
      <w:r w:rsidRPr="148B1424">
        <w:rPr>
          <w:b/>
          <w:bCs/>
          <w:sz w:val="24"/>
          <w:szCs w:val="24"/>
        </w:rPr>
        <w:t xml:space="preserve">Email: </w:t>
      </w:r>
      <w:r>
        <w:tab/>
      </w:r>
      <w:r w:rsidRPr="148B1424">
        <w:rPr>
          <w:sz w:val="24"/>
          <w:szCs w:val="24"/>
        </w:rPr>
        <w:t xml:space="preserve">           _________________</w:t>
      </w:r>
    </w:p>
    <w:p w14:paraId="4CB8F86A" w14:textId="1618B5E8" w:rsidR="64606E1B" w:rsidRDefault="64606E1B" w:rsidP="148B1424">
      <w:pPr>
        <w:rPr>
          <w:sz w:val="24"/>
          <w:szCs w:val="24"/>
        </w:rPr>
      </w:pPr>
      <w:r w:rsidRPr="148B1424">
        <w:rPr>
          <w:b/>
          <w:bCs/>
          <w:sz w:val="24"/>
          <w:szCs w:val="24"/>
        </w:rPr>
        <w:t xml:space="preserve">Address: </w:t>
      </w:r>
      <w:r w:rsidRPr="148B1424">
        <w:rPr>
          <w:sz w:val="24"/>
          <w:szCs w:val="24"/>
        </w:rPr>
        <w:t xml:space="preserve">______________________________________________________________  </w:t>
      </w:r>
    </w:p>
    <w:p w14:paraId="4E30B269" w14:textId="60664BF8" w:rsidR="00BC4C3A" w:rsidRDefault="00A725AD" w:rsidP="148B1424">
      <w:pPr>
        <w:spacing w:after="80"/>
        <w:rPr>
          <w:sz w:val="24"/>
          <w:szCs w:val="24"/>
        </w:rPr>
      </w:pPr>
      <w:r w:rsidRPr="148B1424">
        <w:rPr>
          <w:b/>
          <w:bCs/>
          <w:sz w:val="24"/>
          <w:szCs w:val="24"/>
        </w:rPr>
        <w:t>School / College / Training Provider:</w:t>
      </w:r>
      <w:r w:rsidR="7EE61445" w:rsidRPr="148B1424">
        <w:rPr>
          <w:b/>
          <w:bCs/>
          <w:sz w:val="24"/>
          <w:szCs w:val="24"/>
        </w:rPr>
        <w:t xml:space="preserve"> </w:t>
      </w:r>
      <w:proofErr w:type="gramStart"/>
      <w:r w:rsidR="7EE61445" w:rsidRPr="148B1424">
        <w:rPr>
          <w:b/>
          <w:bCs/>
          <w:sz w:val="24"/>
          <w:szCs w:val="24"/>
        </w:rPr>
        <w:t xml:space="preserve">                                                                    </w:t>
      </w:r>
      <w:proofErr w:type="gramEnd"/>
      <w:r w:rsidR="7EE61445" w:rsidRPr="148B1424">
        <w:rPr>
          <w:sz w:val="24"/>
          <w:szCs w:val="24"/>
        </w:rPr>
        <w:t>________________</w:t>
      </w:r>
      <w:r w:rsidRPr="148B1424">
        <w:rPr>
          <w:sz w:val="24"/>
          <w:szCs w:val="24"/>
        </w:rPr>
        <w:t>______________________________________________</w:t>
      </w:r>
      <w:r w:rsidR="789198AF" w:rsidRPr="148B1424">
        <w:rPr>
          <w:sz w:val="24"/>
          <w:szCs w:val="24"/>
        </w:rPr>
        <w:t xml:space="preserve">                 </w:t>
      </w:r>
    </w:p>
    <w:p w14:paraId="298ED7D9" w14:textId="00107D64" w:rsidR="00BC4C3A" w:rsidRDefault="00A725AD" w:rsidP="148B1424">
      <w:pPr>
        <w:spacing w:after="80"/>
        <w:rPr>
          <w:sz w:val="24"/>
          <w:szCs w:val="24"/>
        </w:rPr>
      </w:pPr>
      <w:r w:rsidRPr="148B1424">
        <w:rPr>
          <w:b/>
          <w:bCs/>
          <w:sz w:val="24"/>
          <w:szCs w:val="24"/>
        </w:rPr>
        <w:t xml:space="preserve"> Course</w:t>
      </w:r>
      <w:r w:rsidR="562E8170" w:rsidRPr="148B1424">
        <w:rPr>
          <w:b/>
          <w:bCs/>
          <w:sz w:val="24"/>
          <w:szCs w:val="24"/>
        </w:rPr>
        <w:t xml:space="preserve"> name and level</w:t>
      </w:r>
      <w:r w:rsidRPr="148B1424">
        <w:rPr>
          <w:b/>
          <w:bCs/>
          <w:sz w:val="24"/>
          <w:szCs w:val="24"/>
        </w:rPr>
        <w:t>:</w:t>
      </w:r>
      <w:r w:rsidR="47BDB114" w:rsidRPr="148B1424">
        <w:rPr>
          <w:b/>
          <w:bCs/>
          <w:sz w:val="24"/>
          <w:szCs w:val="24"/>
        </w:rPr>
        <w:t xml:space="preserve">     </w:t>
      </w:r>
      <w:r w:rsidRPr="148B1424">
        <w:rPr>
          <w:sz w:val="24"/>
          <w:szCs w:val="24"/>
        </w:rPr>
        <w:t>________________________________________________________</w:t>
      </w:r>
    </w:p>
    <w:p w14:paraId="349401C4" w14:textId="77777777" w:rsidR="00BC4C3A" w:rsidRDefault="00A725AD" w:rsidP="148B1424">
      <w:pPr>
        <w:rPr>
          <w:b/>
          <w:bCs/>
          <w:sz w:val="24"/>
          <w:szCs w:val="24"/>
        </w:rPr>
      </w:pPr>
      <w:r w:rsidRPr="148B1424">
        <w:rPr>
          <w:b/>
          <w:bCs/>
          <w:sz w:val="24"/>
          <w:szCs w:val="24"/>
        </w:rPr>
        <w:t>Preferred contact:</w:t>
      </w:r>
    </w:p>
    <w:p w14:paraId="673083B8" w14:textId="0D3C10CA" w:rsidR="00BC4C3A" w:rsidRDefault="00A725AD">
      <w:pPr>
        <w:spacing w:after="80"/>
      </w:pPr>
      <w:r>
        <w:t>☐ School/college</w:t>
      </w:r>
      <w:r w:rsidR="5F5B1C37">
        <w:t>/</w:t>
      </w:r>
      <w:r w:rsidR="7DD05D1A">
        <w:t>Centre</w:t>
      </w:r>
      <w:r>
        <w:t xml:space="preserve">    ☐ Parent/carer    ☐ Myself    ☐ Other: __________________</w:t>
      </w:r>
    </w:p>
    <w:p w14:paraId="51C137D4" w14:textId="77777777" w:rsidR="00BC4C3A" w:rsidRDefault="00A725AD" w:rsidP="148B1424">
      <w:pPr>
        <w:pStyle w:val="Heading1"/>
      </w:pPr>
      <w:r w:rsidRPr="148B1424">
        <w:t>2. What would you like to experience?</w:t>
      </w:r>
    </w:p>
    <w:p w14:paraId="695E1778" w14:textId="77777777" w:rsidR="00BC4C3A" w:rsidRDefault="00A725AD" w:rsidP="148B1424">
      <w:pPr>
        <w:rPr>
          <w:b/>
          <w:bCs/>
          <w:sz w:val="24"/>
          <w:szCs w:val="24"/>
        </w:rPr>
      </w:pPr>
      <w:r w:rsidRPr="148B1424">
        <w:rPr>
          <w:b/>
          <w:bCs/>
          <w:sz w:val="24"/>
          <w:szCs w:val="24"/>
        </w:rPr>
        <w:t>What type of work in the National Park interests you? Tick as many as you like.</w:t>
      </w:r>
    </w:p>
    <w:p w14:paraId="6B084E96" w14:textId="77777777" w:rsidR="00BC4C3A" w:rsidRDefault="00A725AD">
      <w:pPr>
        <w:spacing w:after="80"/>
      </w:pPr>
      <w:r>
        <w:t>☐ Working outdoors    ☐ Nature and wildlife    ☐ Conservation    ☐ Ranger / countryside work</w:t>
      </w:r>
      <w:r>
        <w:br/>
        <w:t>☐ Education / working with young people    ☐ Helping visitors    ☐ Tourism and recreation</w:t>
      </w:r>
      <w:r>
        <w:br/>
        <w:t>☐ Planning and development    ☐ Environmental work / climate change    ☐ Office / administration</w:t>
      </w:r>
      <w:r>
        <w:br/>
        <w:t>☐ Finance    ☐ Communications / social media    ☐ Welsh language and culture</w:t>
      </w:r>
      <w:r>
        <w:br/>
        <w:t>☐ I’m not sure yet    ☐ Something else: ______________________________</w:t>
      </w:r>
    </w:p>
    <w:p w14:paraId="612B713E" w14:textId="77777777" w:rsidR="00BC4C3A" w:rsidRDefault="00A725AD">
      <w:r>
        <w:rPr>
          <w:b/>
        </w:rPr>
        <w:t>Is there a particular type of job you would like to find out more about?</w:t>
      </w:r>
    </w:p>
    <w:p w14:paraId="0E4679E3" w14:textId="77777777" w:rsidR="00BC4C3A" w:rsidRDefault="00A725AD">
      <w:pPr>
        <w:spacing w:after="80"/>
      </w:pPr>
      <w:r>
        <w:t>____________________________________________________________</w:t>
      </w:r>
    </w:p>
    <w:p w14:paraId="563DD40E" w14:textId="5AE1014F" w:rsidR="00BC4C3A" w:rsidRDefault="00A725AD">
      <w:pPr>
        <w:pStyle w:val="Heading1"/>
      </w:pPr>
      <w:r>
        <w:lastRenderedPageBreak/>
        <w:t xml:space="preserve">3. Why would you like to </w:t>
      </w:r>
      <w:r w:rsidR="343D8B9B">
        <w:t xml:space="preserve">have </w:t>
      </w:r>
      <w:r>
        <w:t>a placement with PCNPA?</w:t>
      </w:r>
    </w:p>
    <w:p w14:paraId="2814ED7E" w14:textId="77777777" w:rsidR="00BC4C3A" w:rsidRDefault="00A725AD" w:rsidP="148B1424">
      <w:pPr>
        <w:rPr>
          <w:b/>
          <w:bCs/>
          <w:i/>
          <w:iCs/>
        </w:rPr>
      </w:pPr>
      <w:r w:rsidRPr="148B1424">
        <w:rPr>
          <w:b/>
          <w:bCs/>
          <w:i/>
          <w:iCs/>
        </w:rPr>
        <w:t>You can choose from the ideas below or write your own.</w:t>
      </w:r>
    </w:p>
    <w:p w14:paraId="3389F505" w14:textId="4198EDBB" w:rsidR="00BC4C3A" w:rsidRDefault="00A725AD" w:rsidP="148B1424">
      <w:pPr>
        <w:spacing w:after="80"/>
      </w:pPr>
      <w:r>
        <w:t xml:space="preserve">☐ Find out what working life is like    ☐ </w:t>
      </w:r>
      <w:r w:rsidR="2CD0EDA0">
        <w:t>G</w:t>
      </w:r>
      <w:r w:rsidR="15AEB1F6">
        <w:t>ood at teamwork</w:t>
      </w:r>
      <w:r>
        <w:t xml:space="preserve">    ☐ Enjoy being outdoors</w:t>
      </w:r>
      <w:r>
        <w:br/>
        <w:t xml:space="preserve">☐ Interested in nature / environment    ☐ Learn new skills    ☐ </w:t>
      </w:r>
      <w:r w:rsidR="5C59A373">
        <w:t>Enjoy practical work</w:t>
      </w:r>
      <w:r>
        <w:br/>
        <w:t xml:space="preserve">☐ Gain experience for my CV    </w:t>
      </w:r>
      <w:r w:rsidR="3D11E67F">
        <w:t>☐ Good</w:t>
      </w:r>
      <w:r w:rsidR="0B750F78">
        <w:t xml:space="preserve"> at problem-solving</w:t>
      </w:r>
      <w:r>
        <w:br/>
        <w:t xml:space="preserve">☐ Build my confidence    ☐ </w:t>
      </w:r>
      <w:r w:rsidR="69907B4C">
        <w:t>Friendly/good at meeting people</w:t>
      </w:r>
    </w:p>
    <w:p w14:paraId="03BC1614" w14:textId="77777777" w:rsidR="00BC4C3A" w:rsidRDefault="00A725AD">
      <w:r>
        <w:rPr>
          <w:b/>
        </w:rPr>
        <w:t>Tell us a little more about why you are interested:</w:t>
      </w:r>
    </w:p>
    <w:p w14:paraId="387FC032" w14:textId="4EC49A9E" w:rsidR="00BC4C3A" w:rsidRDefault="00A725AD" w:rsidP="148B1424">
      <w:pPr>
        <w:spacing w:after="80"/>
      </w:pPr>
      <w:r>
        <w:t>____________________________________________________________</w:t>
      </w:r>
      <w:r w:rsidR="371EFC3E">
        <w:t>____________________________________________________</w:t>
      </w:r>
      <w:r>
        <w:br/>
      </w:r>
      <w:r w:rsidR="584BD3CC">
        <w:t>________________________________________________________________________________________________________________</w:t>
      </w:r>
      <w:r>
        <w:br/>
      </w:r>
      <w:r w:rsidR="584BD3CC">
        <w:t>________________________________________________________________________________________________________________</w:t>
      </w:r>
    </w:p>
    <w:p w14:paraId="6A326896" w14:textId="7E1AA3EC" w:rsidR="00BC4C3A" w:rsidRDefault="00A725AD" w:rsidP="148B1424">
      <w:pPr>
        <w:spacing w:after="80"/>
      </w:pPr>
      <w:r>
        <w:t>____________________________________________________________</w:t>
      </w:r>
      <w:r w:rsidR="2CA44674">
        <w:t>____________________________________________________</w:t>
      </w:r>
    </w:p>
    <w:p w14:paraId="77ED3117" w14:textId="77777777" w:rsidR="00BC4C3A" w:rsidRDefault="00A725AD">
      <w:pPr>
        <w:pStyle w:val="Heading1"/>
      </w:pPr>
      <w:r>
        <w:t>4. What experience do you already have?</w:t>
      </w:r>
    </w:p>
    <w:p w14:paraId="0975B467" w14:textId="1899EE89" w:rsidR="00BC4C3A" w:rsidRDefault="00A725AD" w:rsidP="4F28814A">
      <w:pPr>
        <w:rPr>
          <w:b/>
          <w:bCs/>
          <w:i/>
          <w:iCs/>
        </w:rPr>
      </w:pPr>
      <w:r w:rsidRPr="4F28814A">
        <w:rPr>
          <w:b/>
          <w:bCs/>
          <w:i/>
          <w:iCs/>
        </w:rPr>
        <w:t xml:space="preserve">This could include school, clubs, sports, volunteering, helping at home, caring for animals, hobbies, </w:t>
      </w:r>
      <w:r w:rsidR="00817808" w:rsidRPr="4F28814A">
        <w:rPr>
          <w:b/>
          <w:bCs/>
          <w:i/>
          <w:iCs/>
        </w:rPr>
        <w:t>working part-time</w:t>
      </w:r>
      <w:r w:rsidRPr="4F28814A">
        <w:rPr>
          <w:b/>
          <w:bCs/>
          <w:i/>
          <w:iCs/>
        </w:rPr>
        <w:t xml:space="preserve"> or helping other people.</w:t>
      </w:r>
    </w:p>
    <w:p w14:paraId="5FE1B903" w14:textId="77777777" w:rsidR="00BC4C3A" w:rsidRDefault="00A725AD">
      <w:pPr>
        <w:spacing w:after="80"/>
      </w:pPr>
      <w:r>
        <w:t xml:space="preserve">Examples of useful skills: working in a team • talking to people • being responsible • using computers • being creative • solving problems • working outdoors • helping others • </w:t>
      </w:r>
      <w:proofErr w:type="spellStart"/>
      <w:r>
        <w:t>organising</w:t>
      </w:r>
      <w:proofErr w:type="spellEnd"/>
      <w:r>
        <w:t xml:space="preserve"> things.</w:t>
      </w:r>
    </w:p>
    <w:p w14:paraId="10B49E7E" w14:textId="77777777" w:rsidR="00BC4C3A" w:rsidRDefault="00A725AD">
      <w:r>
        <w:rPr>
          <w:b/>
        </w:rPr>
        <w:t>What have you done?</w:t>
      </w:r>
    </w:p>
    <w:p w14:paraId="08943D38" w14:textId="158A441B" w:rsidR="00BC4C3A" w:rsidRDefault="00A725AD" w:rsidP="148B1424">
      <w:pPr>
        <w:spacing w:after="80"/>
      </w:pPr>
      <w:r>
        <w:t>____________________________________________________________</w:t>
      </w:r>
      <w:r w:rsidR="6DA6CC40">
        <w:t>____________________________________________________</w:t>
      </w:r>
      <w:r>
        <w:br/>
        <w:t>____________________________________________________________</w:t>
      </w:r>
      <w:r w:rsidR="7BBFD90A">
        <w:t>____________________________________________________</w:t>
      </w:r>
    </w:p>
    <w:p w14:paraId="533F9410" w14:textId="77777777" w:rsidR="00BC4C3A" w:rsidRDefault="00A725AD">
      <w:r>
        <w:rPr>
          <w:b/>
        </w:rPr>
        <w:t>What skills do you think you have?</w:t>
      </w:r>
    </w:p>
    <w:p w14:paraId="525579F7" w14:textId="3E00505D" w:rsidR="00BC4C3A" w:rsidRDefault="00A725AD" w:rsidP="148B1424">
      <w:pPr>
        <w:spacing w:after="80"/>
      </w:pPr>
      <w:r>
        <w:t>____________________________________________________________</w:t>
      </w:r>
      <w:r w:rsidR="5F1516B5">
        <w:t>____________________________________________________</w:t>
      </w:r>
      <w:r>
        <w:br/>
      </w:r>
      <w:r w:rsidR="369B53C3">
        <w:t>________________________________________________________________________________________________________________</w:t>
      </w:r>
    </w:p>
    <w:p w14:paraId="2AEDB611" w14:textId="740EEF98" w:rsidR="00BC4C3A" w:rsidRDefault="00A725AD" w:rsidP="148B1424">
      <w:pPr>
        <w:spacing w:after="80"/>
      </w:pPr>
      <w:r>
        <w:t>____________________________________________________________</w:t>
      </w:r>
      <w:r w:rsidR="7AC3820C">
        <w:t>____________________________________________________</w:t>
      </w:r>
    </w:p>
    <w:p w14:paraId="70A15438" w14:textId="77777777" w:rsidR="00BC4C3A" w:rsidRDefault="00A725AD">
      <w:pPr>
        <w:pStyle w:val="Heading1"/>
      </w:pPr>
      <w:r>
        <w:t>5. What would you like to learn?</w:t>
      </w:r>
    </w:p>
    <w:p w14:paraId="0D32F3AB" w14:textId="77777777" w:rsidR="00BC4C3A" w:rsidRDefault="00A725AD" w:rsidP="148B1424">
      <w:pPr>
        <w:rPr>
          <w:b/>
          <w:bCs/>
          <w:i/>
          <w:iCs/>
        </w:rPr>
      </w:pPr>
      <w:r w:rsidRPr="148B1424">
        <w:rPr>
          <w:b/>
          <w:bCs/>
          <w:i/>
          <w:iCs/>
        </w:rPr>
        <w:t>What would you most like to get from your placement?</w:t>
      </w:r>
    </w:p>
    <w:p w14:paraId="7FBD5A4D" w14:textId="77777777" w:rsidR="00BC4C3A" w:rsidRDefault="00A725AD">
      <w:pPr>
        <w:spacing w:after="80"/>
      </w:pPr>
      <w:r>
        <w:t>☐ Learn about a particular career    ☐ Learn new practical skills    ☐ Learn how a workplace operates</w:t>
      </w:r>
      <w:r>
        <w:br/>
        <w:t>☐ Improve communication skills    ☐ Become more confident    ☐ Meet new people</w:t>
      </w:r>
      <w:r>
        <w:br/>
        <w:t>☐ Find out about future jobs / apprenticeships    ☐ Improve my CV / employability skills</w:t>
      </w:r>
      <w:r>
        <w:br/>
        <w:t>☐ Find out what I am good at    ☐ Something else: ______________________________</w:t>
      </w:r>
    </w:p>
    <w:p w14:paraId="62670E8D" w14:textId="77777777" w:rsidR="00BC4C3A" w:rsidRDefault="00A725AD">
      <w:r>
        <w:rPr>
          <w:b/>
        </w:rPr>
        <w:t>Is there anything else you would particularly like to learn or experience?</w:t>
      </w:r>
    </w:p>
    <w:p w14:paraId="7623152B" w14:textId="77777777" w:rsidR="00BC4C3A" w:rsidRDefault="00A725AD">
      <w:pPr>
        <w:spacing w:after="80"/>
      </w:pPr>
      <w:r>
        <w:t>____________________________________________________________</w:t>
      </w:r>
    </w:p>
    <w:p w14:paraId="40AF74CC" w14:textId="77777777" w:rsidR="00BC4C3A" w:rsidRDefault="00A725AD">
      <w:pPr>
        <w:pStyle w:val="Heading1"/>
      </w:pPr>
      <w:r>
        <w:t>6. How can we help you feel comfortable?</w:t>
      </w:r>
    </w:p>
    <w:p w14:paraId="23CA415C" w14:textId="7A408CFC" w:rsidR="00BC4C3A" w:rsidRDefault="00A725AD">
      <w:r w:rsidRPr="148B1424">
        <w:rPr>
          <w:b/>
          <w:bCs/>
        </w:rPr>
        <w:t>We want everyone to have a positive experience</w:t>
      </w:r>
      <w:r w:rsidR="13A51E8E" w:rsidRPr="148B1424">
        <w:rPr>
          <w:b/>
          <w:bCs/>
        </w:rPr>
        <w:t xml:space="preserve"> at PCNPA</w:t>
      </w:r>
      <w:r w:rsidRPr="148B1424">
        <w:rPr>
          <w:b/>
          <w:bCs/>
        </w:rPr>
        <w:t>. Is there anything that would help you feel more confident or comfortable?</w:t>
      </w:r>
    </w:p>
    <w:p w14:paraId="6DC69174" w14:textId="77777777" w:rsidR="00BC4C3A" w:rsidRDefault="00A725AD">
      <w:pPr>
        <w:spacing w:after="80"/>
      </w:pPr>
      <w:r>
        <w:lastRenderedPageBreak/>
        <w:t>☐ Clear explanations    ☐ A named person I can go to for help    ☐ Shown how to do something first</w:t>
      </w:r>
      <w:r>
        <w:br/>
        <w:t>☐ Written instructions    ☐ Regular check-ins    ☐ Working with another young person</w:t>
      </w:r>
      <w:r>
        <w:br/>
        <w:t>☐ A gradual introduction to the workplace    ☐ I’m not sure yet    ☐ Other: __________________</w:t>
      </w:r>
    </w:p>
    <w:p w14:paraId="4914316F" w14:textId="77777777" w:rsidR="00BC4C3A" w:rsidRDefault="00A725AD">
      <w:r w:rsidRPr="148B1424">
        <w:rPr>
          <w:b/>
          <w:bCs/>
        </w:rPr>
        <w:t>Anything else you would like us to know?</w:t>
      </w:r>
    </w:p>
    <w:p w14:paraId="38C70842" w14:textId="3E00505D" w:rsidR="77E266FE" w:rsidRDefault="77E266FE" w:rsidP="148B1424">
      <w:pPr>
        <w:spacing w:after="80"/>
      </w:pPr>
      <w:r>
        <w:t>________________________________________________________________________________________________________________</w:t>
      </w:r>
      <w:r>
        <w:br/>
        <w:t>________________________________________________________________________________________________________________</w:t>
      </w:r>
    </w:p>
    <w:p w14:paraId="79A3B6E8" w14:textId="07E9D94F" w:rsidR="77E266FE" w:rsidRDefault="77E266FE" w:rsidP="148B1424">
      <w:r>
        <w:t>________________________________________________________________________________________________________________</w:t>
      </w:r>
    </w:p>
    <w:p w14:paraId="18CC0322" w14:textId="77777777" w:rsidR="00BC4C3A" w:rsidRDefault="00A725AD">
      <w:pPr>
        <w:pStyle w:val="Heading1"/>
      </w:pPr>
      <w:r>
        <w:t>7. Where would you feel most comfortable working?</w:t>
      </w:r>
    </w:p>
    <w:p w14:paraId="62352F03" w14:textId="77777777" w:rsidR="00BC4C3A" w:rsidRDefault="00A725AD">
      <w:pPr>
        <w:spacing w:after="80"/>
      </w:pPr>
      <w:r>
        <w:t>☐ Mainly outdoors    ☐ Mainly indoors    ☐ A mixture of indoors and outdoors</w:t>
      </w:r>
      <w:r>
        <w:br/>
        <w:t>☐ I’m happy to try different things    ☐ I’m not sure yet</w:t>
      </w:r>
    </w:p>
    <w:p w14:paraId="6FA10F6F" w14:textId="77777777" w:rsidR="00BC4C3A" w:rsidRDefault="00A725AD">
      <w:r>
        <w:rPr>
          <w:b/>
        </w:rPr>
        <w:t>Are there particular activities you would especially like to try?</w:t>
      </w:r>
    </w:p>
    <w:p w14:paraId="099560DF" w14:textId="77777777" w:rsidR="00BC4C3A" w:rsidRDefault="00A725AD">
      <w:pPr>
        <w:spacing w:after="80"/>
      </w:pPr>
      <w:r>
        <w:t>____________________________________________________________</w:t>
      </w:r>
    </w:p>
    <w:p w14:paraId="340E8CA0" w14:textId="77777777" w:rsidR="00BC4C3A" w:rsidRDefault="00A725AD">
      <w:pPr>
        <w:pStyle w:val="Heading1"/>
      </w:pPr>
      <w:r>
        <w:t>8. When are you available?</w:t>
      </w:r>
    </w:p>
    <w:p w14:paraId="2441F648" w14:textId="3D15D247" w:rsidR="00BC4C3A" w:rsidRDefault="69CBB366" w:rsidP="148B1424">
      <w:pPr>
        <w:rPr>
          <w:b/>
          <w:bCs/>
        </w:rPr>
      </w:pPr>
      <w:r w:rsidRPr="148B1424">
        <w:rPr>
          <w:b/>
          <w:bCs/>
        </w:rPr>
        <w:t>Days</w:t>
      </w:r>
      <w:r w:rsidR="00A725AD" w:rsidRPr="148B1424">
        <w:rPr>
          <w:b/>
          <w:bCs/>
        </w:rPr>
        <w:t>/ times:</w:t>
      </w:r>
      <w:r w:rsidR="273D2FAF" w:rsidRPr="148B1424">
        <w:rPr>
          <w:b/>
          <w:bCs/>
        </w:rPr>
        <w:t xml:space="preserve"> </w:t>
      </w:r>
      <w:r w:rsidR="273D2FAF" w:rsidRPr="148B1424">
        <w:rPr>
          <w:i/>
          <w:iCs/>
        </w:rPr>
        <w:t>e.g. Monday, Tuesdays between 9 and 4pm</w:t>
      </w:r>
    </w:p>
    <w:p w14:paraId="154F2BC8" w14:textId="77777777" w:rsidR="00BC4C3A" w:rsidRDefault="00A725AD">
      <w:pPr>
        <w:spacing w:after="80"/>
      </w:pPr>
      <w:r>
        <w:t>____________________________________________________________</w:t>
      </w:r>
    </w:p>
    <w:p w14:paraId="4CCA6ADD" w14:textId="77777777" w:rsidR="00BC4C3A" w:rsidRDefault="00A725AD">
      <w:r>
        <w:rPr>
          <w:b/>
        </w:rPr>
        <w:t>How long would you ideally like the placement to be?</w:t>
      </w:r>
    </w:p>
    <w:p w14:paraId="6DAFA086" w14:textId="77777777" w:rsidR="00BC4C3A" w:rsidRDefault="00A725AD">
      <w:pPr>
        <w:spacing w:after="80"/>
      </w:pPr>
      <w:r>
        <w:t>☐ One day    ☐ Several days    ☐ One week    ☐ Several weeks    ☐ I’m not sure</w:t>
      </w:r>
    </w:p>
    <w:p w14:paraId="72F1B4EB" w14:textId="77777777" w:rsidR="00BC4C3A" w:rsidRDefault="00A725AD">
      <w:pPr>
        <w:pStyle w:val="Heading1"/>
      </w:pPr>
      <w:r>
        <w:t>9. Is there anything else we should know?</w:t>
      </w:r>
    </w:p>
    <w:p w14:paraId="2469B851" w14:textId="6B0D91BE" w:rsidR="00BC4C3A" w:rsidRDefault="00A725AD">
      <w:r w:rsidRPr="4F28814A">
        <w:rPr>
          <w:b/>
          <w:bCs/>
        </w:rPr>
        <w:t xml:space="preserve">You only need to answer this if you want to. Is there anything about your circumstances, learning, communication, confidence, </w:t>
      </w:r>
      <w:r w:rsidR="0E2098CE" w:rsidRPr="4F28814A">
        <w:rPr>
          <w:b/>
          <w:bCs/>
        </w:rPr>
        <w:t>accessibility,</w:t>
      </w:r>
      <w:r w:rsidRPr="4F28814A">
        <w:rPr>
          <w:b/>
          <w:bCs/>
        </w:rPr>
        <w:t xml:space="preserve"> or support that would help us make your placement a positive experience?</w:t>
      </w:r>
    </w:p>
    <w:p w14:paraId="5AAD3AAC" w14:textId="4EC49A9E" w:rsidR="12EA0D3F" w:rsidRDefault="12EA0D3F" w:rsidP="4F28814A">
      <w:pPr>
        <w:spacing w:after="80"/>
      </w:pPr>
      <w:r>
        <w:t>________________________________________________________________________________________________________________</w:t>
      </w:r>
      <w:r>
        <w:br/>
        <w:t>________________________________________________________________________________________________________________</w:t>
      </w:r>
      <w:r>
        <w:br/>
        <w:t>________________________________________________________________________________________________________________</w:t>
      </w:r>
    </w:p>
    <w:p w14:paraId="48A59F8F" w14:textId="4ED93C40" w:rsidR="12EA0D3F" w:rsidRDefault="12EA0D3F" w:rsidP="4F28814A">
      <w:r>
        <w:t>________________________________________________________________________________________________________________</w:t>
      </w:r>
    </w:p>
    <w:p w14:paraId="5541D889" w14:textId="3468CF2D" w:rsidR="4F28814A" w:rsidRDefault="4F28814A" w:rsidP="4F28814A">
      <w:pPr>
        <w:rPr>
          <w:b/>
          <w:bCs/>
        </w:rPr>
      </w:pPr>
    </w:p>
    <w:p w14:paraId="5BD4D326" w14:textId="04CE1349" w:rsidR="4F28814A" w:rsidRDefault="4F28814A" w:rsidP="4F28814A">
      <w:pPr>
        <w:rPr>
          <w:b/>
          <w:bCs/>
        </w:rPr>
      </w:pPr>
    </w:p>
    <w:p w14:paraId="3664E64F" w14:textId="77777777" w:rsidR="00BC4C3A" w:rsidRDefault="00A725AD">
      <w:pPr>
        <w:jc w:val="center"/>
      </w:pPr>
      <w:r w:rsidRPr="148B1424">
        <w:rPr>
          <w:b/>
          <w:bCs/>
          <w:sz w:val="24"/>
          <w:szCs w:val="24"/>
        </w:rPr>
        <w:t>Thank you for completing this form.</w:t>
      </w:r>
    </w:p>
    <w:p w14:paraId="1C31B9C6" w14:textId="77777777" w:rsidR="00BC4C3A" w:rsidRDefault="00A725AD">
      <w:pPr>
        <w:jc w:val="center"/>
      </w:pPr>
      <w:r>
        <w:t>A work placement is a chance to try something, learn about yourself and discover what you might enjoy. We will look at your interests and skills and, where possible, try to find an experience that is a good match for you.</w:t>
      </w:r>
    </w:p>
    <w:sectPr w:rsidR="00BC4C3A"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DAB64" w14:textId="77777777" w:rsidR="007E4F53" w:rsidRDefault="007E4F53">
      <w:pPr>
        <w:spacing w:after="0" w:line="240" w:lineRule="auto"/>
      </w:pPr>
      <w:r>
        <w:separator/>
      </w:r>
    </w:p>
  </w:endnote>
  <w:endnote w:type="continuationSeparator" w:id="0">
    <w:p w14:paraId="0680EA01" w14:textId="77777777" w:rsidR="007E4F53" w:rsidRDefault="007E4F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27999" w14:textId="77777777" w:rsidR="00BC4C3A" w:rsidRDefault="00A725AD">
    <w:pPr>
      <w:pStyle w:val="Footer"/>
      <w:jc w:val="center"/>
    </w:pPr>
    <w:r>
      <w:t>PCNPA Student Work Placement / Traineeship Request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E73BD" w14:textId="77777777" w:rsidR="007E4F53" w:rsidRDefault="007E4F53">
      <w:pPr>
        <w:spacing w:after="0" w:line="240" w:lineRule="auto"/>
      </w:pPr>
      <w:r>
        <w:separator/>
      </w:r>
    </w:p>
  </w:footnote>
  <w:footnote w:type="continuationSeparator" w:id="0">
    <w:p w14:paraId="0AD4EB0A" w14:textId="77777777" w:rsidR="007E4F53" w:rsidRDefault="007E4F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05141828">
    <w:abstractNumId w:val="5"/>
  </w:num>
  <w:num w:numId="2" w16cid:durableId="1374622843">
    <w:abstractNumId w:val="6"/>
  </w:num>
  <w:num w:numId="3" w16cid:durableId="1848977215">
    <w:abstractNumId w:val="3"/>
  </w:num>
  <w:num w:numId="4" w16cid:durableId="1982734075">
    <w:abstractNumId w:val="4"/>
  </w:num>
  <w:num w:numId="5" w16cid:durableId="2051344221">
    <w:abstractNumId w:val="8"/>
  </w:num>
  <w:num w:numId="6" w16cid:durableId="270086631">
    <w:abstractNumId w:val="2"/>
  </w:num>
  <w:num w:numId="7" w16cid:durableId="488255247">
    <w:abstractNumId w:val="0"/>
  </w:num>
  <w:num w:numId="8" w16cid:durableId="61955199">
    <w:abstractNumId w:val="1"/>
  </w:num>
  <w:num w:numId="9" w16cid:durableId="631864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4D7A"/>
    <w:rsid w:val="0015074B"/>
    <w:rsid w:val="0029639D"/>
    <w:rsid w:val="002D56AD"/>
    <w:rsid w:val="00326F90"/>
    <w:rsid w:val="003E0B2F"/>
    <w:rsid w:val="004617E4"/>
    <w:rsid w:val="004B3BDA"/>
    <w:rsid w:val="004B6FCA"/>
    <w:rsid w:val="00744AED"/>
    <w:rsid w:val="007C088A"/>
    <w:rsid w:val="007E4F53"/>
    <w:rsid w:val="00817808"/>
    <w:rsid w:val="00846AEB"/>
    <w:rsid w:val="00A725AD"/>
    <w:rsid w:val="00AA1D8D"/>
    <w:rsid w:val="00B25901"/>
    <w:rsid w:val="00B47730"/>
    <w:rsid w:val="00BC4C3A"/>
    <w:rsid w:val="00C20200"/>
    <w:rsid w:val="00CB0664"/>
    <w:rsid w:val="00E37452"/>
    <w:rsid w:val="00E56A2E"/>
    <w:rsid w:val="00F62B12"/>
    <w:rsid w:val="00FC693F"/>
    <w:rsid w:val="0306C453"/>
    <w:rsid w:val="030F7171"/>
    <w:rsid w:val="05689FBD"/>
    <w:rsid w:val="0676415B"/>
    <w:rsid w:val="0B750F78"/>
    <w:rsid w:val="0E126658"/>
    <w:rsid w:val="0E2098CE"/>
    <w:rsid w:val="1153225C"/>
    <w:rsid w:val="12AE9BAE"/>
    <w:rsid w:val="12D9613E"/>
    <w:rsid w:val="12EA0D3F"/>
    <w:rsid w:val="13A51E8E"/>
    <w:rsid w:val="13A756AC"/>
    <w:rsid w:val="148B1424"/>
    <w:rsid w:val="14C2D3BD"/>
    <w:rsid w:val="15AEB1F6"/>
    <w:rsid w:val="175C471C"/>
    <w:rsid w:val="198E4C76"/>
    <w:rsid w:val="1C240C90"/>
    <w:rsid w:val="1DEB8735"/>
    <w:rsid w:val="20341C05"/>
    <w:rsid w:val="273D2FAF"/>
    <w:rsid w:val="2A98082E"/>
    <w:rsid w:val="2B011611"/>
    <w:rsid w:val="2CA44674"/>
    <w:rsid w:val="2CD0EDA0"/>
    <w:rsid w:val="2D37287A"/>
    <w:rsid w:val="30FA7439"/>
    <w:rsid w:val="33906CF6"/>
    <w:rsid w:val="343D8B9B"/>
    <w:rsid w:val="3641481D"/>
    <w:rsid w:val="369B53C3"/>
    <w:rsid w:val="371EFC3E"/>
    <w:rsid w:val="379EFB09"/>
    <w:rsid w:val="3B50C3AD"/>
    <w:rsid w:val="3D11E67F"/>
    <w:rsid w:val="3E8A1343"/>
    <w:rsid w:val="472D5A15"/>
    <w:rsid w:val="47BDB114"/>
    <w:rsid w:val="4F28814A"/>
    <w:rsid w:val="51587767"/>
    <w:rsid w:val="562E8170"/>
    <w:rsid w:val="584BD3CC"/>
    <w:rsid w:val="5BFCDBE3"/>
    <w:rsid w:val="5C4F2997"/>
    <w:rsid w:val="5C59A373"/>
    <w:rsid w:val="5EFA268D"/>
    <w:rsid w:val="5F1516B5"/>
    <w:rsid w:val="5F5B1C37"/>
    <w:rsid w:val="64606E1B"/>
    <w:rsid w:val="6507411D"/>
    <w:rsid w:val="684F9B61"/>
    <w:rsid w:val="69907B4C"/>
    <w:rsid w:val="69CBB366"/>
    <w:rsid w:val="6CBEC589"/>
    <w:rsid w:val="6DA6CC40"/>
    <w:rsid w:val="6E2C0E34"/>
    <w:rsid w:val="70B0A4E2"/>
    <w:rsid w:val="70B7E2B9"/>
    <w:rsid w:val="7610911C"/>
    <w:rsid w:val="76BCCFFC"/>
    <w:rsid w:val="77E266FE"/>
    <w:rsid w:val="787045EB"/>
    <w:rsid w:val="789198AF"/>
    <w:rsid w:val="7A668E3C"/>
    <w:rsid w:val="7AC3820C"/>
    <w:rsid w:val="7BBFD90A"/>
    <w:rsid w:val="7C73A8F2"/>
    <w:rsid w:val="7DD05D1A"/>
    <w:rsid w:val="7EE61445"/>
    <w:rsid w:val="7EF8051B"/>
    <w:rsid w:val="7FDCE6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1BD6FA"/>
  <w14:defaultImageDpi w14:val="300"/>
  <w15:docId w15:val="{EDC85BA7-A8B7-4FFC-8EB1-874F5B0EA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5"/>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9"/>
      </w:numPr>
      <w:contextualSpacing/>
    </w:pPr>
  </w:style>
  <w:style w:type="paragraph" w:styleId="ListNumber2">
    <w:name w:val="List Number 2"/>
    <w:basedOn w:val="Normal"/>
    <w:uiPriority w:val="99"/>
    <w:unhideWhenUsed/>
    <w:rsid w:val="0029639D"/>
    <w:pPr>
      <w:numPr>
        <w:numId w:val="3"/>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796</Words>
  <Characters>6211</Characters>
  <Application>Microsoft Office Word</Application>
  <DocSecurity>0</DocSecurity>
  <Lines>124</Lines>
  <Paragraphs>68</Paragraphs>
  <ScaleCrop>false</ScaleCrop>
  <Manager/>
  <Company/>
  <LinksUpToDate>false</LinksUpToDate>
  <CharactersWithSpaces>6939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Kate Gravell</cp:lastModifiedBy>
  <cp:revision>2</cp:revision>
  <dcterms:created xsi:type="dcterms:W3CDTF">2026-09-11T08:06:00Z</dcterms:created>
  <dcterms:modified xsi:type="dcterms:W3CDTF">2026-09-11T08:06:00Z</dcterms:modified>
  <cp:category/>
</cp:coreProperties>
</file>