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358C5" w14:textId="6770074D" w:rsidR="00F012A4" w:rsidRDefault="001E1DAC" w:rsidP="001E1DAC">
      <w:r w:rsidRPr="00F71222">
        <w:rPr>
          <w:b/>
          <w:noProof/>
          <w:sz w:val="36"/>
        </w:rPr>
        <w:drawing>
          <wp:anchor distT="0" distB="0" distL="114300" distR="114300" simplePos="0" relativeHeight="251657216" behindDoc="0" locked="0" layoutInCell="1" allowOverlap="1" wp14:anchorId="4C420861" wp14:editId="26A800E4">
            <wp:simplePos x="0" y="0"/>
            <wp:positionH relativeFrom="column">
              <wp:posOffset>5259705</wp:posOffset>
            </wp:positionH>
            <wp:positionV relativeFrom="paragraph">
              <wp:posOffset>83185</wp:posOffset>
            </wp:positionV>
            <wp:extent cx="755015" cy="1228090"/>
            <wp:effectExtent l="0" t="0" r="6985" b="0"/>
            <wp:wrapSquare wrapText="bothSides"/>
            <wp:docPr id="2444395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55015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03D8">
        <w:rPr>
          <w:b/>
          <w:sz w:val="30"/>
        </w:rPr>
        <w:t>PEMBROKESHIRE COAST NATIONAL PARK AUTHORITY</w:t>
      </w:r>
    </w:p>
    <w:p w14:paraId="375129ED" w14:textId="37810DD8" w:rsidR="00F012A4" w:rsidRPr="001E1DAC" w:rsidRDefault="006703D8" w:rsidP="001E1DAC">
      <w:pPr>
        <w:rPr>
          <w:sz w:val="32"/>
          <w:szCs w:val="32"/>
        </w:rPr>
      </w:pPr>
      <w:r w:rsidRPr="001E1DAC">
        <w:rPr>
          <w:b/>
          <w:sz w:val="32"/>
          <w:szCs w:val="32"/>
        </w:rPr>
        <w:t>Trainee Feedback Form</w:t>
      </w:r>
      <w:r w:rsidR="00F71222" w:rsidRPr="001E1DAC">
        <w:rPr>
          <w:b/>
          <w:sz w:val="32"/>
          <w:szCs w:val="32"/>
        </w:rPr>
        <w:t xml:space="preserve">  </w:t>
      </w:r>
    </w:p>
    <w:p w14:paraId="0FD3058E" w14:textId="77777777" w:rsidR="00F012A4" w:rsidRDefault="006703D8">
      <w:pPr>
        <w:pStyle w:val="Heading1"/>
        <w:spacing w:before="140" w:after="60"/>
      </w:pPr>
      <w:r>
        <w:t>1. About Your Traineeship</w:t>
      </w:r>
    </w:p>
    <w:p w14:paraId="2D88D9A0" w14:textId="77777777" w:rsidR="00F012A4" w:rsidRDefault="006703D8">
      <w:pPr>
        <w:spacing w:after="40"/>
      </w:pPr>
      <w:r>
        <w:rPr>
          <w:b/>
        </w:rPr>
        <w:t>What area/team did you complete your traineeship with?</w:t>
      </w:r>
    </w:p>
    <w:p w14:paraId="76119C13" w14:textId="39549D56" w:rsidR="00F012A4" w:rsidRDefault="006703D8">
      <w:pPr>
        <w:spacing w:after="20"/>
      </w:pPr>
      <w:r>
        <w:t>______________________________________________________</w:t>
      </w:r>
    </w:p>
    <w:p w14:paraId="1C9D73A6" w14:textId="77777777" w:rsidR="00F012A4" w:rsidRDefault="006703D8">
      <w:pPr>
        <w:spacing w:after="40"/>
      </w:pPr>
      <w:r>
        <w:rPr>
          <w:b/>
        </w:rPr>
        <w:t>How long was your traineeship?</w:t>
      </w:r>
    </w:p>
    <w:p w14:paraId="5F6A6CC3" w14:textId="7E24AFE6" w:rsidR="00F012A4" w:rsidRDefault="006703D8">
      <w:pPr>
        <w:spacing w:after="20"/>
      </w:pPr>
      <w:r>
        <w:t>______________________________________________________</w:t>
      </w:r>
    </w:p>
    <w:p w14:paraId="10DB5D4B" w14:textId="77777777" w:rsidR="00F012A4" w:rsidRDefault="006703D8">
      <w:pPr>
        <w:spacing w:after="40"/>
      </w:pPr>
      <w:r>
        <w:rPr>
          <w:b/>
        </w:rPr>
        <w:t>What were your main activities or responsibilities?</w:t>
      </w:r>
    </w:p>
    <w:p w14:paraId="4A96C1AA" w14:textId="7304B0EA" w:rsidR="00F012A4" w:rsidRDefault="006703D8">
      <w:pPr>
        <w:spacing w:after="20"/>
      </w:pPr>
      <w:r>
        <w:t>_______________________________________________________________________________</w:t>
      </w:r>
      <w:r w:rsidR="006364C3">
        <w:t>__________________________________</w:t>
      </w:r>
      <w:r>
        <w:t>_</w:t>
      </w:r>
    </w:p>
    <w:p w14:paraId="1490722C" w14:textId="4E36407D" w:rsidR="00F012A4" w:rsidRDefault="006703D8">
      <w:pPr>
        <w:spacing w:after="20"/>
      </w:pPr>
      <w:r>
        <w:t>_______________________________________________________________________________</w:t>
      </w:r>
      <w:r w:rsidR="006364C3">
        <w:t>___________________________________</w:t>
      </w:r>
    </w:p>
    <w:p w14:paraId="0478CC8B" w14:textId="77777777" w:rsidR="00F012A4" w:rsidRDefault="006703D8">
      <w:pPr>
        <w:pStyle w:val="Heading1"/>
        <w:spacing w:before="140" w:after="60"/>
      </w:pPr>
      <w:r>
        <w:t>2. Quality of Your Traineeship</w:t>
      </w:r>
    </w:p>
    <w:p w14:paraId="294B99B5" w14:textId="1DA9A0C9" w:rsidR="00F012A4" w:rsidRDefault="006703D8">
      <w:r>
        <w:t>Please tick the answer</w:t>
      </w:r>
      <w:r w:rsidR="006364C3">
        <w:t xml:space="preserve"> that you feel</w:t>
      </w:r>
      <w:r>
        <w:t xml:space="preserve"> best describes your experience</w:t>
      </w:r>
      <w:r w:rsidR="006364C3">
        <w:t xml:space="preserve"> with PCNPA</w:t>
      </w:r>
      <w: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  <w:gridCol w:w="2074"/>
      </w:tblGrid>
      <w:tr w:rsidR="00F012A4" w14:paraId="67B28666" w14:textId="77777777">
        <w:trPr>
          <w:jc w:val="center"/>
        </w:trPr>
        <w:tc>
          <w:tcPr>
            <w:tcW w:w="2074" w:type="dxa"/>
            <w:vAlign w:val="center"/>
          </w:tcPr>
          <w:p w14:paraId="54548AD8" w14:textId="77777777" w:rsidR="00F012A4" w:rsidRDefault="00F012A4"/>
        </w:tc>
        <w:tc>
          <w:tcPr>
            <w:tcW w:w="2074" w:type="dxa"/>
            <w:shd w:val="clear" w:color="auto" w:fill="D9EAD3"/>
            <w:vAlign w:val="center"/>
          </w:tcPr>
          <w:p w14:paraId="4A5F755B" w14:textId="77777777" w:rsidR="00F012A4" w:rsidRDefault="006703D8">
            <w:r>
              <w:rPr>
                <w:b/>
                <w:sz w:val="15"/>
              </w:rPr>
              <w:t>Excellent</w:t>
            </w:r>
          </w:p>
        </w:tc>
        <w:tc>
          <w:tcPr>
            <w:tcW w:w="2074" w:type="dxa"/>
            <w:shd w:val="clear" w:color="auto" w:fill="D9EAD3"/>
            <w:vAlign w:val="center"/>
          </w:tcPr>
          <w:p w14:paraId="4B260BAF" w14:textId="77777777" w:rsidR="00F012A4" w:rsidRDefault="006703D8">
            <w:r>
              <w:rPr>
                <w:b/>
                <w:sz w:val="15"/>
              </w:rPr>
              <w:t>Good</w:t>
            </w:r>
          </w:p>
        </w:tc>
        <w:tc>
          <w:tcPr>
            <w:tcW w:w="2074" w:type="dxa"/>
            <w:shd w:val="clear" w:color="auto" w:fill="D9EAD3"/>
            <w:vAlign w:val="center"/>
          </w:tcPr>
          <w:p w14:paraId="0D9B1A6F" w14:textId="77777777" w:rsidR="00F012A4" w:rsidRDefault="006703D8">
            <w:r>
              <w:rPr>
                <w:b/>
                <w:sz w:val="15"/>
              </w:rPr>
              <w:t>OK</w:t>
            </w:r>
          </w:p>
        </w:tc>
        <w:tc>
          <w:tcPr>
            <w:tcW w:w="2074" w:type="dxa"/>
            <w:shd w:val="clear" w:color="auto" w:fill="D9EAD3"/>
            <w:vAlign w:val="center"/>
          </w:tcPr>
          <w:p w14:paraId="1251D058" w14:textId="77777777" w:rsidR="00F012A4" w:rsidRDefault="006703D8">
            <w:r>
              <w:rPr>
                <w:b/>
                <w:sz w:val="15"/>
              </w:rPr>
              <w:t>Could be improved</w:t>
            </w:r>
          </w:p>
        </w:tc>
      </w:tr>
      <w:tr w:rsidR="00F012A4" w14:paraId="3FC8D588" w14:textId="77777777">
        <w:trPr>
          <w:jc w:val="center"/>
        </w:trPr>
        <w:tc>
          <w:tcPr>
            <w:tcW w:w="2074" w:type="dxa"/>
            <w:vAlign w:val="center"/>
          </w:tcPr>
          <w:p w14:paraId="46DAED5E" w14:textId="77777777" w:rsidR="00F012A4" w:rsidRDefault="006703D8">
            <w:r>
              <w:rPr>
                <w:sz w:val="17"/>
              </w:rPr>
              <w:t>The quality of the training I received</w:t>
            </w:r>
          </w:p>
        </w:tc>
        <w:tc>
          <w:tcPr>
            <w:tcW w:w="2074" w:type="dxa"/>
            <w:vAlign w:val="center"/>
          </w:tcPr>
          <w:p w14:paraId="57D101B8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083BD021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79AC451F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60E4ACDF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1EC0282B" w14:textId="77777777">
        <w:trPr>
          <w:jc w:val="center"/>
        </w:trPr>
        <w:tc>
          <w:tcPr>
            <w:tcW w:w="2074" w:type="dxa"/>
            <w:vAlign w:val="center"/>
          </w:tcPr>
          <w:p w14:paraId="16B4992D" w14:textId="77777777" w:rsidR="00F012A4" w:rsidRDefault="006703D8">
            <w:r>
              <w:rPr>
                <w:sz w:val="17"/>
              </w:rPr>
              <w:t>The range of activities I experienced</w:t>
            </w:r>
          </w:p>
        </w:tc>
        <w:tc>
          <w:tcPr>
            <w:tcW w:w="2074" w:type="dxa"/>
            <w:vAlign w:val="center"/>
          </w:tcPr>
          <w:p w14:paraId="296513DD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25B7C7D3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1679A885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5442B900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43BBDF73" w14:textId="77777777">
        <w:trPr>
          <w:jc w:val="center"/>
        </w:trPr>
        <w:tc>
          <w:tcPr>
            <w:tcW w:w="2074" w:type="dxa"/>
            <w:vAlign w:val="center"/>
          </w:tcPr>
          <w:p w14:paraId="4CD1B411" w14:textId="77777777" w:rsidR="00F012A4" w:rsidRDefault="006703D8">
            <w:r>
              <w:rPr>
                <w:sz w:val="17"/>
              </w:rPr>
              <w:t>The opportunities to learn new things</w:t>
            </w:r>
          </w:p>
        </w:tc>
        <w:tc>
          <w:tcPr>
            <w:tcW w:w="2074" w:type="dxa"/>
            <w:vAlign w:val="center"/>
          </w:tcPr>
          <w:p w14:paraId="23F5BDBB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257C6256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2FD547F2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2435EC6D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1CAFED79" w14:textId="77777777">
        <w:trPr>
          <w:jc w:val="center"/>
        </w:trPr>
        <w:tc>
          <w:tcPr>
            <w:tcW w:w="2074" w:type="dxa"/>
            <w:vAlign w:val="center"/>
          </w:tcPr>
          <w:p w14:paraId="19780E0E" w14:textId="77777777" w:rsidR="00F012A4" w:rsidRDefault="006703D8">
            <w:r>
              <w:rPr>
                <w:sz w:val="17"/>
              </w:rPr>
              <w:t>The organisation of my traineeship</w:t>
            </w:r>
          </w:p>
        </w:tc>
        <w:tc>
          <w:tcPr>
            <w:tcW w:w="2074" w:type="dxa"/>
            <w:vAlign w:val="center"/>
          </w:tcPr>
          <w:p w14:paraId="2DBFE94F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36663459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09F2FA1A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49715AA9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01F33275" w14:textId="77777777">
        <w:trPr>
          <w:jc w:val="center"/>
        </w:trPr>
        <w:tc>
          <w:tcPr>
            <w:tcW w:w="2074" w:type="dxa"/>
            <w:vAlign w:val="center"/>
          </w:tcPr>
          <w:p w14:paraId="2435F9E6" w14:textId="77777777" w:rsidR="00F012A4" w:rsidRDefault="006703D8">
            <w:r>
              <w:rPr>
                <w:sz w:val="17"/>
              </w:rPr>
              <w:t>The facilities and equipment provided</w:t>
            </w:r>
          </w:p>
        </w:tc>
        <w:tc>
          <w:tcPr>
            <w:tcW w:w="2074" w:type="dxa"/>
            <w:vAlign w:val="center"/>
          </w:tcPr>
          <w:p w14:paraId="45C0B636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0D1AFE4D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5F9A8ACA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46CB57C6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552F9E2F" w14:textId="77777777">
        <w:trPr>
          <w:jc w:val="center"/>
        </w:trPr>
        <w:tc>
          <w:tcPr>
            <w:tcW w:w="2074" w:type="dxa"/>
            <w:vAlign w:val="center"/>
          </w:tcPr>
          <w:p w14:paraId="69E358B7" w14:textId="77777777" w:rsidR="00F012A4" w:rsidRDefault="006703D8">
            <w:r>
              <w:rPr>
                <w:sz w:val="17"/>
              </w:rPr>
              <w:t>The opportunity to work as part of a team</w:t>
            </w:r>
          </w:p>
        </w:tc>
        <w:tc>
          <w:tcPr>
            <w:tcW w:w="2074" w:type="dxa"/>
            <w:vAlign w:val="center"/>
          </w:tcPr>
          <w:p w14:paraId="51CF56BF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1A3FCE4E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1CDA55EA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7F1EA1BC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2D753E6D" w14:textId="77777777">
        <w:trPr>
          <w:jc w:val="center"/>
        </w:trPr>
        <w:tc>
          <w:tcPr>
            <w:tcW w:w="2074" w:type="dxa"/>
            <w:vAlign w:val="center"/>
          </w:tcPr>
          <w:p w14:paraId="1ED458B4" w14:textId="77777777" w:rsidR="00F012A4" w:rsidRDefault="006703D8">
            <w:r>
              <w:rPr>
                <w:sz w:val="17"/>
              </w:rPr>
              <w:t>My overall experience</w:t>
            </w:r>
          </w:p>
        </w:tc>
        <w:tc>
          <w:tcPr>
            <w:tcW w:w="2074" w:type="dxa"/>
            <w:vAlign w:val="center"/>
          </w:tcPr>
          <w:p w14:paraId="535BACE2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7F043C7B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6091277A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3BA469A2" w14:textId="77777777" w:rsidR="00F012A4" w:rsidRDefault="006703D8">
            <w:r>
              <w:rPr>
                <w:sz w:val="22"/>
              </w:rPr>
              <w:t>☐</w:t>
            </w:r>
          </w:p>
        </w:tc>
      </w:tr>
    </w:tbl>
    <w:p w14:paraId="3EAC4FD2" w14:textId="77777777" w:rsidR="006364C3" w:rsidRDefault="006364C3">
      <w:pPr>
        <w:spacing w:after="40"/>
        <w:rPr>
          <w:b/>
        </w:rPr>
      </w:pPr>
    </w:p>
    <w:p w14:paraId="05E89585" w14:textId="0F8A109F" w:rsidR="00F012A4" w:rsidRDefault="006703D8">
      <w:pPr>
        <w:spacing w:after="40"/>
      </w:pPr>
      <w:r>
        <w:rPr>
          <w:b/>
        </w:rPr>
        <w:t>What did you enjoy most about your traineeship?</w:t>
      </w:r>
    </w:p>
    <w:p w14:paraId="18707886" w14:textId="07A76F2D" w:rsidR="006364C3" w:rsidRDefault="006703D8">
      <w:pPr>
        <w:spacing w:after="20"/>
      </w:pPr>
      <w:r>
        <w:t>_______________________________________________________________________________</w:t>
      </w:r>
      <w:r w:rsidR="006364C3">
        <w:t>_____________________________________</w:t>
      </w:r>
      <w:r>
        <w:t>_</w:t>
      </w:r>
      <w:r w:rsidR="006364C3">
        <w:t>_____________________________________________________________________________________________________________________</w:t>
      </w:r>
    </w:p>
    <w:p w14:paraId="0FCAD06A" w14:textId="77777777" w:rsidR="00F012A4" w:rsidRDefault="006703D8">
      <w:pPr>
        <w:spacing w:after="40"/>
        <w:rPr>
          <w:b/>
        </w:rPr>
      </w:pPr>
      <w:r>
        <w:rPr>
          <w:b/>
        </w:rPr>
        <w:t>Was there anything you think could have been better?</w:t>
      </w:r>
    </w:p>
    <w:p w14:paraId="0300E906" w14:textId="77777777" w:rsidR="006364C3" w:rsidRDefault="006364C3" w:rsidP="006364C3">
      <w:pPr>
        <w:spacing w:after="20"/>
      </w:pPr>
      <w: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9FFE63" w14:textId="77777777" w:rsidR="00F012A4" w:rsidRDefault="006703D8">
      <w:pPr>
        <w:pStyle w:val="Heading1"/>
        <w:spacing w:before="140" w:after="60"/>
      </w:pPr>
      <w:r>
        <w:t>3. Communication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  <w:gridCol w:w="2074"/>
      </w:tblGrid>
      <w:tr w:rsidR="00F012A4" w14:paraId="33E68C5C" w14:textId="77777777">
        <w:trPr>
          <w:jc w:val="center"/>
        </w:trPr>
        <w:tc>
          <w:tcPr>
            <w:tcW w:w="2074" w:type="dxa"/>
            <w:vAlign w:val="center"/>
          </w:tcPr>
          <w:p w14:paraId="65EEDE5A" w14:textId="77777777" w:rsidR="00F012A4" w:rsidRDefault="00F012A4"/>
        </w:tc>
        <w:tc>
          <w:tcPr>
            <w:tcW w:w="2074" w:type="dxa"/>
            <w:shd w:val="clear" w:color="auto" w:fill="D9EAD3"/>
            <w:vAlign w:val="center"/>
          </w:tcPr>
          <w:p w14:paraId="17D510FC" w14:textId="77777777" w:rsidR="00F012A4" w:rsidRDefault="006703D8">
            <w:r>
              <w:rPr>
                <w:b/>
                <w:sz w:val="15"/>
              </w:rPr>
              <w:t>Excellent</w:t>
            </w:r>
          </w:p>
        </w:tc>
        <w:tc>
          <w:tcPr>
            <w:tcW w:w="2074" w:type="dxa"/>
            <w:shd w:val="clear" w:color="auto" w:fill="D9EAD3"/>
            <w:vAlign w:val="center"/>
          </w:tcPr>
          <w:p w14:paraId="63F9461F" w14:textId="77777777" w:rsidR="00F012A4" w:rsidRDefault="006703D8">
            <w:r>
              <w:rPr>
                <w:b/>
                <w:sz w:val="15"/>
              </w:rPr>
              <w:t>Good</w:t>
            </w:r>
          </w:p>
        </w:tc>
        <w:tc>
          <w:tcPr>
            <w:tcW w:w="2074" w:type="dxa"/>
            <w:shd w:val="clear" w:color="auto" w:fill="D9EAD3"/>
            <w:vAlign w:val="center"/>
          </w:tcPr>
          <w:p w14:paraId="6D040467" w14:textId="77777777" w:rsidR="00F012A4" w:rsidRDefault="006703D8">
            <w:r>
              <w:rPr>
                <w:b/>
                <w:sz w:val="15"/>
              </w:rPr>
              <w:t>OK</w:t>
            </w:r>
          </w:p>
        </w:tc>
        <w:tc>
          <w:tcPr>
            <w:tcW w:w="2074" w:type="dxa"/>
            <w:shd w:val="clear" w:color="auto" w:fill="D9EAD3"/>
            <w:vAlign w:val="center"/>
          </w:tcPr>
          <w:p w14:paraId="4E29C7E5" w14:textId="77777777" w:rsidR="00F012A4" w:rsidRDefault="006703D8">
            <w:r>
              <w:rPr>
                <w:b/>
                <w:sz w:val="15"/>
              </w:rPr>
              <w:t>Could be improved</w:t>
            </w:r>
          </w:p>
        </w:tc>
      </w:tr>
      <w:tr w:rsidR="00F012A4" w14:paraId="758ABD0D" w14:textId="77777777">
        <w:trPr>
          <w:jc w:val="center"/>
        </w:trPr>
        <w:tc>
          <w:tcPr>
            <w:tcW w:w="2074" w:type="dxa"/>
            <w:vAlign w:val="center"/>
          </w:tcPr>
          <w:p w14:paraId="2EA37C0A" w14:textId="77777777" w:rsidR="00F012A4" w:rsidRDefault="006703D8">
            <w:r>
              <w:rPr>
                <w:sz w:val="17"/>
              </w:rPr>
              <w:t>Information before starting</w:t>
            </w:r>
          </w:p>
        </w:tc>
        <w:tc>
          <w:tcPr>
            <w:tcW w:w="2074" w:type="dxa"/>
            <w:vAlign w:val="center"/>
          </w:tcPr>
          <w:p w14:paraId="50DA6492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6551262E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75329730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30DEFC88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4A3D2700" w14:textId="77777777">
        <w:trPr>
          <w:jc w:val="center"/>
        </w:trPr>
        <w:tc>
          <w:tcPr>
            <w:tcW w:w="2074" w:type="dxa"/>
            <w:vAlign w:val="center"/>
          </w:tcPr>
          <w:p w14:paraId="66839F25" w14:textId="77777777" w:rsidR="00F012A4" w:rsidRDefault="006703D8">
            <w:r>
              <w:rPr>
                <w:sz w:val="17"/>
              </w:rPr>
              <w:t>Information about what was expected of me</w:t>
            </w:r>
          </w:p>
        </w:tc>
        <w:tc>
          <w:tcPr>
            <w:tcW w:w="2074" w:type="dxa"/>
            <w:vAlign w:val="center"/>
          </w:tcPr>
          <w:p w14:paraId="627D3F5B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79F47BFE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3345BBBB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153FC389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66CBEB2E" w14:textId="77777777">
        <w:trPr>
          <w:jc w:val="center"/>
        </w:trPr>
        <w:tc>
          <w:tcPr>
            <w:tcW w:w="2074" w:type="dxa"/>
            <w:vAlign w:val="center"/>
          </w:tcPr>
          <w:p w14:paraId="270E08BD" w14:textId="77777777" w:rsidR="00F012A4" w:rsidRDefault="006703D8">
            <w:r>
              <w:rPr>
                <w:sz w:val="17"/>
              </w:rPr>
              <w:t>Communication during the traineeship</w:t>
            </w:r>
          </w:p>
        </w:tc>
        <w:tc>
          <w:tcPr>
            <w:tcW w:w="2074" w:type="dxa"/>
            <w:vAlign w:val="center"/>
          </w:tcPr>
          <w:p w14:paraId="6071F70D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0F1F9700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49F09658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2DC4826A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2158D9B0" w14:textId="77777777">
        <w:trPr>
          <w:jc w:val="center"/>
        </w:trPr>
        <w:tc>
          <w:tcPr>
            <w:tcW w:w="2074" w:type="dxa"/>
            <w:vAlign w:val="center"/>
          </w:tcPr>
          <w:p w14:paraId="380A3946" w14:textId="77777777" w:rsidR="00F012A4" w:rsidRDefault="006703D8">
            <w:r>
              <w:rPr>
                <w:sz w:val="17"/>
              </w:rPr>
              <w:t>Opportunities to ask questions</w:t>
            </w:r>
          </w:p>
        </w:tc>
        <w:tc>
          <w:tcPr>
            <w:tcW w:w="2074" w:type="dxa"/>
            <w:vAlign w:val="center"/>
          </w:tcPr>
          <w:p w14:paraId="7B440C0A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7C8EE51F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10F8E275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37145049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7B42C3E1" w14:textId="77777777">
        <w:trPr>
          <w:jc w:val="center"/>
        </w:trPr>
        <w:tc>
          <w:tcPr>
            <w:tcW w:w="2074" w:type="dxa"/>
            <w:vAlign w:val="center"/>
          </w:tcPr>
          <w:p w14:paraId="68A3EE41" w14:textId="77777777" w:rsidR="00F012A4" w:rsidRDefault="006703D8">
            <w:r>
              <w:rPr>
                <w:sz w:val="17"/>
              </w:rPr>
              <w:t>Feedback on my work</w:t>
            </w:r>
          </w:p>
        </w:tc>
        <w:tc>
          <w:tcPr>
            <w:tcW w:w="2074" w:type="dxa"/>
            <w:vAlign w:val="center"/>
          </w:tcPr>
          <w:p w14:paraId="73F83217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13A68D93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7792058F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37EC31E4" w14:textId="77777777" w:rsidR="00F012A4" w:rsidRDefault="006703D8">
            <w:r>
              <w:rPr>
                <w:sz w:val="22"/>
              </w:rPr>
              <w:t>☐</w:t>
            </w:r>
          </w:p>
        </w:tc>
      </w:tr>
    </w:tbl>
    <w:p w14:paraId="3853024B" w14:textId="77777777" w:rsidR="001E1DAC" w:rsidRDefault="001E1DAC">
      <w:pPr>
        <w:spacing w:after="40"/>
        <w:rPr>
          <w:b/>
        </w:rPr>
      </w:pPr>
    </w:p>
    <w:p w14:paraId="4B617697" w14:textId="4FD4F8A0" w:rsidR="00F012A4" w:rsidRDefault="24E20613">
      <w:pPr>
        <w:spacing w:after="40"/>
      </w:pPr>
      <w:r w:rsidRPr="7175D2C1">
        <w:rPr>
          <w:b/>
          <w:bCs/>
        </w:rPr>
        <w:t>Did you feel that you knew who to speak to if you had a question or problem?  ☐ Yes   ☐ Sometimes   ☐ No</w:t>
      </w:r>
    </w:p>
    <w:p w14:paraId="246FD80C" w14:textId="77777777" w:rsidR="00F012A4" w:rsidRDefault="006703D8">
      <w:pPr>
        <w:pStyle w:val="Heading1"/>
        <w:spacing w:before="140" w:after="60"/>
      </w:pPr>
      <w:r>
        <w:t>4. Support and Mentoring</w:t>
      </w:r>
    </w:p>
    <w:p w14:paraId="71C001DF" w14:textId="77777777" w:rsidR="00F012A4" w:rsidRDefault="006703D8">
      <w:pPr>
        <w:spacing w:after="40"/>
      </w:pPr>
      <w:r>
        <w:rPr>
          <w:b/>
        </w:rPr>
        <w:t>Did you have someone who supported or mentored you?  ☐ Yes   ☐ No   ☐ Sometimes</w:t>
      </w:r>
    </w:p>
    <w:p w14:paraId="6E14CD15" w14:textId="77777777" w:rsidR="00F012A4" w:rsidRDefault="006703D8">
      <w:pPr>
        <w:spacing w:after="20"/>
      </w:pPr>
      <w:r>
        <w:lastRenderedPageBreak/>
        <w:t>________________________________________________________________________________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  <w:gridCol w:w="2074"/>
      </w:tblGrid>
      <w:tr w:rsidR="00F012A4" w14:paraId="6DFFE706" w14:textId="77777777">
        <w:trPr>
          <w:jc w:val="center"/>
        </w:trPr>
        <w:tc>
          <w:tcPr>
            <w:tcW w:w="2074" w:type="dxa"/>
            <w:shd w:val="clear" w:color="auto" w:fill="D9EAD3"/>
            <w:vAlign w:val="center"/>
          </w:tcPr>
          <w:p w14:paraId="2F0C8F3F" w14:textId="77777777" w:rsidR="00F012A4" w:rsidRDefault="006703D8">
            <w:r>
              <w:rPr>
                <w:b/>
                <w:sz w:val="15"/>
              </w:rPr>
              <w:t>My mentor/support person helped me to</w:t>
            </w:r>
          </w:p>
        </w:tc>
        <w:tc>
          <w:tcPr>
            <w:tcW w:w="2074" w:type="dxa"/>
            <w:shd w:val="clear" w:color="auto" w:fill="D9EAD3"/>
            <w:vAlign w:val="center"/>
          </w:tcPr>
          <w:p w14:paraId="0FE03E07" w14:textId="77777777" w:rsidR="00F012A4" w:rsidRDefault="006703D8">
            <w:r>
              <w:rPr>
                <w:b/>
                <w:sz w:val="15"/>
              </w:rPr>
              <w:t>Very well</w:t>
            </w:r>
          </w:p>
        </w:tc>
        <w:tc>
          <w:tcPr>
            <w:tcW w:w="2074" w:type="dxa"/>
            <w:shd w:val="clear" w:color="auto" w:fill="D9EAD3"/>
            <w:vAlign w:val="center"/>
          </w:tcPr>
          <w:p w14:paraId="28B859BA" w14:textId="77777777" w:rsidR="00F012A4" w:rsidRDefault="006703D8">
            <w:r>
              <w:rPr>
                <w:b/>
                <w:sz w:val="15"/>
              </w:rPr>
              <w:t>Well</w:t>
            </w:r>
          </w:p>
        </w:tc>
        <w:tc>
          <w:tcPr>
            <w:tcW w:w="2074" w:type="dxa"/>
            <w:shd w:val="clear" w:color="auto" w:fill="D9EAD3"/>
            <w:vAlign w:val="center"/>
          </w:tcPr>
          <w:p w14:paraId="4356FD7A" w14:textId="77777777" w:rsidR="00F012A4" w:rsidRDefault="006703D8">
            <w:r>
              <w:rPr>
                <w:b/>
                <w:sz w:val="15"/>
              </w:rPr>
              <w:t>A little</w:t>
            </w:r>
          </w:p>
        </w:tc>
        <w:tc>
          <w:tcPr>
            <w:tcW w:w="2074" w:type="dxa"/>
            <w:shd w:val="clear" w:color="auto" w:fill="D9EAD3"/>
            <w:vAlign w:val="center"/>
          </w:tcPr>
          <w:p w14:paraId="7B47010A" w14:textId="77777777" w:rsidR="00F012A4" w:rsidRDefault="006703D8">
            <w:r>
              <w:rPr>
                <w:b/>
                <w:sz w:val="15"/>
              </w:rPr>
              <w:t>Not at all</w:t>
            </w:r>
          </w:p>
        </w:tc>
      </w:tr>
      <w:tr w:rsidR="00F012A4" w14:paraId="4278A86D" w14:textId="77777777">
        <w:trPr>
          <w:jc w:val="center"/>
        </w:trPr>
        <w:tc>
          <w:tcPr>
            <w:tcW w:w="2074" w:type="dxa"/>
            <w:vAlign w:val="center"/>
          </w:tcPr>
          <w:p w14:paraId="0D4EBDE7" w14:textId="77777777" w:rsidR="00F012A4" w:rsidRDefault="006703D8">
            <w:r>
              <w:rPr>
                <w:sz w:val="17"/>
              </w:rPr>
              <w:t>Understand my role</w:t>
            </w:r>
          </w:p>
        </w:tc>
        <w:tc>
          <w:tcPr>
            <w:tcW w:w="2074" w:type="dxa"/>
            <w:vAlign w:val="center"/>
          </w:tcPr>
          <w:p w14:paraId="20D80FFA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1BE9A11F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6CD6D7AF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091D41F9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50A31607" w14:textId="77777777">
        <w:trPr>
          <w:jc w:val="center"/>
        </w:trPr>
        <w:tc>
          <w:tcPr>
            <w:tcW w:w="2074" w:type="dxa"/>
            <w:vAlign w:val="center"/>
          </w:tcPr>
          <w:p w14:paraId="29E23591" w14:textId="77777777" w:rsidR="00F012A4" w:rsidRDefault="006703D8">
            <w:proofErr w:type="gramStart"/>
            <w:r>
              <w:rPr>
                <w:sz w:val="17"/>
              </w:rPr>
              <w:t>Learn</w:t>
            </w:r>
            <w:proofErr w:type="gramEnd"/>
            <w:r>
              <w:rPr>
                <w:sz w:val="17"/>
              </w:rPr>
              <w:t xml:space="preserve"> new skills</w:t>
            </w:r>
          </w:p>
        </w:tc>
        <w:tc>
          <w:tcPr>
            <w:tcW w:w="2074" w:type="dxa"/>
            <w:vAlign w:val="center"/>
          </w:tcPr>
          <w:p w14:paraId="662DB897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030F6C8C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01C3FBB9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569C98E9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42ADEC78" w14:textId="77777777">
        <w:trPr>
          <w:jc w:val="center"/>
        </w:trPr>
        <w:tc>
          <w:tcPr>
            <w:tcW w:w="2074" w:type="dxa"/>
            <w:vAlign w:val="center"/>
          </w:tcPr>
          <w:p w14:paraId="1B90F89D" w14:textId="77777777" w:rsidR="00F012A4" w:rsidRDefault="006703D8">
            <w:r>
              <w:rPr>
                <w:sz w:val="17"/>
              </w:rPr>
              <w:t>Build my confidence</w:t>
            </w:r>
          </w:p>
        </w:tc>
        <w:tc>
          <w:tcPr>
            <w:tcW w:w="2074" w:type="dxa"/>
            <w:vAlign w:val="center"/>
          </w:tcPr>
          <w:p w14:paraId="239E725C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1095E64D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61B0D842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58655655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77EC3F2D" w14:textId="77777777">
        <w:trPr>
          <w:jc w:val="center"/>
        </w:trPr>
        <w:tc>
          <w:tcPr>
            <w:tcW w:w="2074" w:type="dxa"/>
            <w:vAlign w:val="center"/>
          </w:tcPr>
          <w:p w14:paraId="25559F85" w14:textId="77777777" w:rsidR="00F012A4" w:rsidRDefault="006703D8">
            <w:r>
              <w:rPr>
                <w:sz w:val="17"/>
              </w:rPr>
              <w:t>Solve problems</w:t>
            </w:r>
          </w:p>
        </w:tc>
        <w:tc>
          <w:tcPr>
            <w:tcW w:w="2074" w:type="dxa"/>
            <w:vAlign w:val="center"/>
          </w:tcPr>
          <w:p w14:paraId="60D588AE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7AE97378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68FFB0E3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3431DCB1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7812C2C7" w14:textId="77777777">
        <w:trPr>
          <w:jc w:val="center"/>
        </w:trPr>
        <w:tc>
          <w:tcPr>
            <w:tcW w:w="2074" w:type="dxa"/>
            <w:vAlign w:val="center"/>
          </w:tcPr>
          <w:p w14:paraId="3D408920" w14:textId="77777777" w:rsidR="00F012A4" w:rsidRDefault="006703D8">
            <w:proofErr w:type="gramStart"/>
            <w:r>
              <w:rPr>
                <w:sz w:val="17"/>
              </w:rPr>
              <w:t>Prepare</w:t>
            </w:r>
            <w:proofErr w:type="gramEnd"/>
            <w:r>
              <w:rPr>
                <w:sz w:val="17"/>
              </w:rPr>
              <w:t xml:space="preserve"> for employment</w:t>
            </w:r>
          </w:p>
        </w:tc>
        <w:tc>
          <w:tcPr>
            <w:tcW w:w="2074" w:type="dxa"/>
            <w:vAlign w:val="center"/>
          </w:tcPr>
          <w:p w14:paraId="6FD95A21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00638519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04F5D326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65B1FBB9" w14:textId="77777777" w:rsidR="00F012A4" w:rsidRDefault="006703D8">
            <w:r>
              <w:rPr>
                <w:sz w:val="22"/>
              </w:rPr>
              <w:t>☐</w:t>
            </w:r>
          </w:p>
        </w:tc>
      </w:tr>
    </w:tbl>
    <w:p w14:paraId="1CD68C4B" w14:textId="77777777" w:rsidR="001E1DAC" w:rsidRDefault="001E1DAC">
      <w:pPr>
        <w:spacing w:after="40"/>
        <w:rPr>
          <w:b/>
        </w:rPr>
      </w:pPr>
    </w:p>
    <w:p w14:paraId="02C74CCD" w14:textId="58C51C2B" w:rsidR="00F012A4" w:rsidRDefault="006703D8">
      <w:pPr>
        <w:spacing w:after="40"/>
      </w:pPr>
      <w:r>
        <w:rPr>
          <w:b/>
        </w:rPr>
        <w:t>What was particularly helpful about the support or mentoring you received?</w:t>
      </w:r>
    </w:p>
    <w:p w14:paraId="32D9F55E" w14:textId="49F82E83" w:rsidR="00F012A4" w:rsidRDefault="006703D8">
      <w:pPr>
        <w:spacing w:after="20"/>
      </w:pPr>
      <w:r>
        <w:t>________________________________________________________________________________</w:t>
      </w:r>
      <w:r w:rsidR="006364C3">
        <w:t>_____________________________________</w:t>
      </w:r>
    </w:p>
    <w:p w14:paraId="6EA6E706" w14:textId="68622EED" w:rsidR="00F012A4" w:rsidRDefault="006703D8">
      <w:pPr>
        <w:spacing w:after="20"/>
      </w:pPr>
      <w:r>
        <w:t>_____________________________________________</w:t>
      </w:r>
      <w:r w:rsidR="006364C3">
        <w:t>_____________________________________</w:t>
      </w:r>
      <w:r>
        <w:t>____</w:t>
      </w:r>
      <w:r w:rsidR="006364C3">
        <w:t>______________________________</w:t>
      </w:r>
    </w:p>
    <w:p w14:paraId="13F9B3CA" w14:textId="77777777" w:rsidR="00F012A4" w:rsidRDefault="006703D8">
      <w:pPr>
        <w:spacing w:after="40"/>
      </w:pPr>
      <w:r>
        <w:rPr>
          <w:b/>
        </w:rPr>
        <w:t>Is there anything that could have made the support better?</w:t>
      </w:r>
    </w:p>
    <w:p w14:paraId="6D73015B" w14:textId="1F657725" w:rsidR="00F012A4" w:rsidRDefault="006703D8">
      <w:pPr>
        <w:spacing w:after="20"/>
      </w:pPr>
      <w:r>
        <w:t>________________________________________________________________________________</w:t>
      </w:r>
      <w:r w:rsidR="006364C3">
        <w:t>____________________________________</w:t>
      </w:r>
    </w:p>
    <w:p w14:paraId="7007EA01" w14:textId="1D7DFE5C" w:rsidR="00F012A4" w:rsidRDefault="006703D8">
      <w:pPr>
        <w:spacing w:after="20"/>
      </w:pPr>
      <w:r>
        <w:t>_______________________________________________________________________________</w:t>
      </w:r>
      <w:r w:rsidR="006364C3">
        <w:t>_____________________________</w:t>
      </w:r>
      <w:r>
        <w:t>_</w:t>
      </w:r>
      <w:r w:rsidR="006364C3">
        <w:t>_______</w:t>
      </w:r>
    </w:p>
    <w:p w14:paraId="62063497" w14:textId="77777777" w:rsidR="001E1DAC" w:rsidRDefault="001E1DAC">
      <w:pPr>
        <w:spacing w:after="20"/>
      </w:pPr>
    </w:p>
    <w:p w14:paraId="7AA92291" w14:textId="77777777" w:rsidR="00F012A4" w:rsidRDefault="006703D8">
      <w:pPr>
        <w:pStyle w:val="Heading1"/>
        <w:spacing w:before="140" w:after="60"/>
      </w:pPr>
      <w:r>
        <w:t>5. Your Individual Needs</w:t>
      </w:r>
    </w:p>
    <w:p w14:paraId="45A01EC5" w14:textId="77777777" w:rsidR="00F012A4" w:rsidRDefault="006703D8">
      <w:r>
        <w:t>We want our traineeships to be accessible and inclusive for everyone. You do not need to tell us about your personal circumstances unless you want to.</w:t>
      </w:r>
    </w:p>
    <w:p w14:paraId="2AC93C6A" w14:textId="77777777" w:rsidR="00F012A4" w:rsidRDefault="006703D8">
      <w:pPr>
        <w:spacing w:after="40"/>
      </w:pPr>
      <w:r>
        <w:rPr>
          <w:b/>
        </w:rPr>
        <w:t>Were any adjustments or changes made to help you take part?  ☐ Yes   ☐ No   ☐ I don't know</w:t>
      </w:r>
    </w:p>
    <w:p w14:paraId="051F87FA" w14:textId="77777777" w:rsidR="00F012A4" w:rsidRDefault="006703D8">
      <w:pPr>
        <w:spacing w:after="20"/>
      </w:pPr>
      <w:r>
        <w:t>________________________________________________________________________________</w:t>
      </w:r>
    </w:p>
    <w:p w14:paraId="25B030A7" w14:textId="53137E7E" w:rsidR="00F012A4" w:rsidRDefault="006703D8">
      <w:pPr>
        <w:spacing w:after="40"/>
      </w:pPr>
      <w:r>
        <w:rPr>
          <w:b/>
        </w:rPr>
        <w:t xml:space="preserve">If adjustments were made, how </w:t>
      </w:r>
      <w:r w:rsidR="00F71222">
        <w:rPr>
          <w:b/>
        </w:rPr>
        <w:t>would you rate them</w:t>
      </w:r>
      <w:r>
        <w:rPr>
          <w:b/>
        </w:rPr>
        <w:t>?  ☐ Very helpful   ☐ Helpful   ☐ Somewhat helpful   ☐ Not helpful   ☐ Not applicable</w:t>
      </w:r>
    </w:p>
    <w:p w14:paraId="0F2DDC54" w14:textId="77777777" w:rsidR="00F012A4" w:rsidRDefault="006703D8">
      <w:pPr>
        <w:spacing w:after="40"/>
      </w:pPr>
      <w:r>
        <w:rPr>
          <w:b/>
        </w:rPr>
        <w:t>Were there any other adjustments that would have helped you?</w:t>
      </w:r>
    </w:p>
    <w:p w14:paraId="6D6A3996" w14:textId="4E81C884" w:rsidR="00F012A4" w:rsidRDefault="006703D8">
      <w:pPr>
        <w:spacing w:after="20"/>
      </w:pPr>
      <w:r>
        <w:t>________________________________________________</w:t>
      </w:r>
      <w:r w:rsidR="001E1DAC">
        <w:t>___________________________________________________________________</w:t>
      </w:r>
    </w:p>
    <w:p w14:paraId="13CB5235" w14:textId="7477B41E" w:rsidR="00F012A4" w:rsidRDefault="006703D8">
      <w:pPr>
        <w:spacing w:after="40"/>
        <w:rPr>
          <w:b/>
        </w:rPr>
      </w:pPr>
      <w:r>
        <w:rPr>
          <w:b/>
        </w:rPr>
        <w:t>Did you feel comfortable asking for support or adjustments when needed?  ☐ Yes   ☐ Mostly   ☐ Sometimes   ☐ No</w:t>
      </w:r>
    </w:p>
    <w:p w14:paraId="62A56951" w14:textId="77777777" w:rsidR="001E1DAC" w:rsidRDefault="001E1DAC">
      <w:pPr>
        <w:spacing w:after="40"/>
      </w:pPr>
    </w:p>
    <w:p w14:paraId="5938CA8F" w14:textId="77777777" w:rsidR="00F012A4" w:rsidRDefault="006703D8">
      <w:pPr>
        <w:pStyle w:val="Heading1"/>
        <w:spacing w:before="140" w:after="60"/>
      </w:pPr>
      <w:r>
        <w:t>6. Skills You Have Developed</w:t>
      </w:r>
    </w:p>
    <w:p w14:paraId="72BFA524" w14:textId="77777777" w:rsidR="00F012A4" w:rsidRDefault="006703D8">
      <w:r>
        <w:t>Please tick the skills you feel have improved.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F012A4" w14:paraId="5F6A09BC" w14:textId="77777777">
        <w:trPr>
          <w:jc w:val="center"/>
        </w:trPr>
        <w:tc>
          <w:tcPr>
            <w:tcW w:w="3456" w:type="dxa"/>
            <w:vAlign w:val="center"/>
          </w:tcPr>
          <w:p w14:paraId="3D2F4413" w14:textId="77777777" w:rsidR="00F012A4" w:rsidRDefault="006703D8">
            <w:r>
              <w:rPr>
                <w:sz w:val="16"/>
              </w:rPr>
              <w:t>☐ Communication</w:t>
            </w:r>
          </w:p>
        </w:tc>
        <w:tc>
          <w:tcPr>
            <w:tcW w:w="3456" w:type="dxa"/>
            <w:vAlign w:val="center"/>
          </w:tcPr>
          <w:p w14:paraId="59535941" w14:textId="77777777" w:rsidR="00F012A4" w:rsidRDefault="006703D8">
            <w:r>
              <w:rPr>
                <w:sz w:val="16"/>
              </w:rPr>
              <w:t>☐ Teamwork</w:t>
            </w:r>
          </w:p>
        </w:tc>
        <w:tc>
          <w:tcPr>
            <w:tcW w:w="3456" w:type="dxa"/>
            <w:vAlign w:val="center"/>
          </w:tcPr>
          <w:p w14:paraId="6D93EFF9" w14:textId="77777777" w:rsidR="00F012A4" w:rsidRDefault="006703D8">
            <w:r>
              <w:rPr>
                <w:sz w:val="16"/>
              </w:rPr>
              <w:t>☐ Working independently</w:t>
            </w:r>
          </w:p>
        </w:tc>
      </w:tr>
      <w:tr w:rsidR="00F012A4" w14:paraId="69DDBC34" w14:textId="77777777">
        <w:trPr>
          <w:jc w:val="center"/>
        </w:trPr>
        <w:tc>
          <w:tcPr>
            <w:tcW w:w="3456" w:type="dxa"/>
            <w:vAlign w:val="center"/>
          </w:tcPr>
          <w:p w14:paraId="020448E4" w14:textId="77777777" w:rsidR="00F012A4" w:rsidRDefault="006703D8">
            <w:r>
              <w:rPr>
                <w:sz w:val="16"/>
              </w:rPr>
              <w:t>☐ Time management</w:t>
            </w:r>
          </w:p>
        </w:tc>
        <w:tc>
          <w:tcPr>
            <w:tcW w:w="3456" w:type="dxa"/>
            <w:vAlign w:val="center"/>
          </w:tcPr>
          <w:p w14:paraId="796D1343" w14:textId="77777777" w:rsidR="00F012A4" w:rsidRDefault="006703D8">
            <w:r>
              <w:rPr>
                <w:sz w:val="16"/>
              </w:rPr>
              <w:t>☐ Organisation</w:t>
            </w:r>
          </w:p>
        </w:tc>
        <w:tc>
          <w:tcPr>
            <w:tcW w:w="3456" w:type="dxa"/>
            <w:vAlign w:val="center"/>
          </w:tcPr>
          <w:p w14:paraId="6888F9A2" w14:textId="77777777" w:rsidR="00F012A4" w:rsidRDefault="006703D8">
            <w:r>
              <w:rPr>
                <w:sz w:val="16"/>
              </w:rPr>
              <w:t>☐ Problem solving</w:t>
            </w:r>
          </w:p>
        </w:tc>
      </w:tr>
      <w:tr w:rsidR="00F012A4" w14:paraId="2B0906BD" w14:textId="77777777">
        <w:trPr>
          <w:jc w:val="center"/>
        </w:trPr>
        <w:tc>
          <w:tcPr>
            <w:tcW w:w="3456" w:type="dxa"/>
            <w:vAlign w:val="center"/>
          </w:tcPr>
          <w:p w14:paraId="7A89F67F" w14:textId="77777777" w:rsidR="00F012A4" w:rsidRDefault="006703D8">
            <w:r>
              <w:rPr>
                <w:sz w:val="16"/>
              </w:rPr>
              <w:t>☐ Confidence</w:t>
            </w:r>
          </w:p>
        </w:tc>
        <w:tc>
          <w:tcPr>
            <w:tcW w:w="3456" w:type="dxa"/>
            <w:vAlign w:val="center"/>
          </w:tcPr>
          <w:p w14:paraId="19C25DA6" w14:textId="77777777" w:rsidR="00F012A4" w:rsidRDefault="006703D8">
            <w:r>
              <w:rPr>
                <w:sz w:val="16"/>
              </w:rPr>
              <w:t>☐ Working with customers or members of the public</w:t>
            </w:r>
          </w:p>
        </w:tc>
        <w:tc>
          <w:tcPr>
            <w:tcW w:w="3456" w:type="dxa"/>
            <w:vAlign w:val="center"/>
          </w:tcPr>
          <w:p w14:paraId="508F785A" w14:textId="77777777" w:rsidR="00F012A4" w:rsidRDefault="006703D8">
            <w:r>
              <w:rPr>
                <w:sz w:val="16"/>
              </w:rPr>
              <w:t>☐ Digital/IT skills</w:t>
            </w:r>
          </w:p>
        </w:tc>
      </w:tr>
      <w:tr w:rsidR="00F012A4" w14:paraId="2527E7BC" w14:textId="77777777">
        <w:trPr>
          <w:jc w:val="center"/>
        </w:trPr>
        <w:tc>
          <w:tcPr>
            <w:tcW w:w="3456" w:type="dxa"/>
            <w:vAlign w:val="center"/>
          </w:tcPr>
          <w:p w14:paraId="145445AC" w14:textId="77777777" w:rsidR="00F012A4" w:rsidRDefault="006703D8">
            <w:r>
              <w:rPr>
                <w:sz w:val="16"/>
              </w:rPr>
              <w:t>☐ Practical skills</w:t>
            </w:r>
          </w:p>
        </w:tc>
        <w:tc>
          <w:tcPr>
            <w:tcW w:w="3456" w:type="dxa"/>
            <w:vAlign w:val="center"/>
          </w:tcPr>
          <w:p w14:paraId="00019621" w14:textId="77777777" w:rsidR="00F012A4" w:rsidRDefault="006703D8">
            <w:r>
              <w:rPr>
                <w:sz w:val="16"/>
              </w:rPr>
              <w:t>☐ Using specialist equipment</w:t>
            </w:r>
          </w:p>
        </w:tc>
        <w:tc>
          <w:tcPr>
            <w:tcW w:w="3456" w:type="dxa"/>
            <w:vAlign w:val="center"/>
          </w:tcPr>
          <w:p w14:paraId="57E91DC5" w14:textId="77777777" w:rsidR="00F012A4" w:rsidRDefault="006703D8">
            <w:r>
              <w:rPr>
                <w:sz w:val="16"/>
              </w:rPr>
              <w:t>☐ Leadership</w:t>
            </w:r>
          </w:p>
        </w:tc>
      </w:tr>
      <w:tr w:rsidR="00F012A4" w14:paraId="2BE946CC" w14:textId="77777777">
        <w:trPr>
          <w:jc w:val="center"/>
        </w:trPr>
        <w:tc>
          <w:tcPr>
            <w:tcW w:w="3456" w:type="dxa"/>
            <w:vAlign w:val="center"/>
          </w:tcPr>
          <w:p w14:paraId="06F1DE7C" w14:textId="77777777" w:rsidR="00F012A4" w:rsidRDefault="006703D8">
            <w:r>
              <w:rPr>
                <w:sz w:val="16"/>
              </w:rPr>
              <w:t>☐ Planning</w:t>
            </w:r>
          </w:p>
        </w:tc>
        <w:tc>
          <w:tcPr>
            <w:tcW w:w="3456" w:type="dxa"/>
            <w:vAlign w:val="center"/>
          </w:tcPr>
          <w:p w14:paraId="07F0DD98" w14:textId="77777777" w:rsidR="00F012A4" w:rsidRDefault="006703D8">
            <w:r>
              <w:rPr>
                <w:sz w:val="16"/>
              </w:rPr>
              <w:t>☐ Welsh language skills</w:t>
            </w:r>
          </w:p>
        </w:tc>
        <w:tc>
          <w:tcPr>
            <w:tcW w:w="3456" w:type="dxa"/>
            <w:vAlign w:val="center"/>
          </w:tcPr>
          <w:p w14:paraId="3E71B994" w14:textId="77777777" w:rsidR="00F012A4" w:rsidRDefault="006703D8">
            <w:r>
              <w:rPr>
                <w:sz w:val="16"/>
              </w:rPr>
              <w:t>☐ Understanding the workplace</w:t>
            </w:r>
          </w:p>
        </w:tc>
      </w:tr>
      <w:tr w:rsidR="00F012A4" w14:paraId="3F73906D" w14:textId="77777777">
        <w:trPr>
          <w:jc w:val="center"/>
        </w:trPr>
        <w:tc>
          <w:tcPr>
            <w:tcW w:w="3456" w:type="dxa"/>
            <w:vAlign w:val="center"/>
          </w:tcPr>
          <w:p w14:paraId="2F4DC665" w14:textId="77777777" w:rsidR="00F012A4" w:rsidRDefault="006703D8">
            <w:r>
              <w:rPr>
                <w:sz w:val="16"/>
              </w:rPr>
              <w:t>☐ Health and safety</w:t>
            </w:r>
          </w:p>
        </w:tc>
        <w:tc>
          <w:tcPr>
            <w:tcW w:w="3456" w:type="dxa"/>
            <w:vAlign w:val="center"/>
          </w:tcPr>
          <w:p w14:paraId="55C0D2B4" w14:textId="77777777" w:rsidR="00F012A4" w:rsidRDefault="006703D8">
            <w:r>
              <w:rPr>
                <w:sz w:val="16"/>
              </w:rPr>
              <w:t>☐ Environmental/sustainability knowledge</w:t>
            </w:r>
          </w:p>
        </w:tc>
        <w:tc>
          <w:tcPr>
            <w:tcW w:w="3456" w:type="dxa"/>
            <w:vAlign w:val="center"/>
          </w:tcPr>
          <w:p w14:paraId="61601E34" w14:textId="77777777" w:rsidR="00F012A4" w:rsidRDefault="006703D8">
            <w:r>
              <w:rPr>
                <w:sz w:val="16"/>
              </w:rPr>
              <w:t>☐ Other: __________________</w:t>
            </w:r>
          </w:p>
        </w:tc>
      </w:tr>
    </w:tbl>
    <w:p w14:paraId="085D6380" w14:textId="77777777" w:rsidR="001E1DAC" w:rsidRDefault="001E1DAC">
      <w:pPr>
        <w:spacing w:after="40"/>
        <w:rPr>
          <w:b/>
        </w:rPr>
      </w:pPr>
    </w:p>
    <w:p w14:paraId="4F786FC7" w14:textId="3568965E" w:rsidR="00F012A4" w:rsidRDefault="006703D8">
      <w:pPr>
        <w:spacing w:after="40"/>
      </w:pPr>
      <w:r>
        <w:rPr>
          <w:b/>
        </w:rPr>
        <w:t xml:space="preserve">Which three skills have </w:t>
      </w:r>
      <w:r w:rsidR="00F71222">
        <w:rPr>
          <w:b/>
        </w:rPr>
        <w:t xml:space="preserve">you developed </w:t>
      </w:r>
      <w:r>
        <w:rPr>
          <w:b/>
        </w:rPr>
        <w:t>the most?</w:t>
      </w:r>
    </w:p>
    <w:p w14:paraId="6E99D8A9" w14:textId="77777777" w:rsidR="00F012A4" w:rsidRDefault="006703D8">
      <w:pPr>
        <w:spacing w:after="40"/>
        <w:rPr>
          <w:b/>
        </w:rPr>
      </w:pPr>
      <w:r>
        <w:rPr>
          <w:b/>
        </w:rPr>
        <w:t>1. __________________________   2. __________________________   3. __________________________</w:t>
      </w:r>
    </w:p>
    <w:p w14:paraId="13A4C8D4" w14:textId="77777777" w:rsidR="001E1DAC" w:rsidRDefault="001E1DAC">
      <w:pPr>
        <w:spacing w:after="40"/>
      </w:pPr>
    </w:p>
    <w:p w14:paraId="39AA9517" w14:textId="77777777" w:rsidR="00F012A4" w:rsidRDefault="006703D8">
      <w:pPr>
        <w:spacing w:after="40"/>
      </w:pPr>
      <w:r>
        <w:rPr>
          <w:b/>
        </w:rPr>
        <w:t>Can you give an example of something you can do now that you couldn't do before your traineeship?</w:t>
      </w:r>
    </w:p>
    <w:p w14:paraId="6026701D" w14:textId="7B379F8D" w:rsidR="00F012A4" w:rsidRDefault="006703D8">
      <w:pPr>
        <w:spacing w:after="20"/>
      </w:pPr>
      <w:r>
        <w:t>_______________________________________________________________________________</w:t>
      </w:r>
      <w:r w:rsidR="00F71222">
        <w:t>___________________________</w:t>
      </w:r>
      <w:r>
        <w:t>_</w:t>
      </w:r>
    </w:p>
    <w:p w14:paraId="56E525BB" w14:textId="4130A666" w:rsidR="00F71222" w:rsidRDefault="006703D8" w:rsidP="00F71222">
      <w:pPr>
        <w:spacing w:after="20"/>
      </w:pPr>
      <w:r>
        <w:t>________________________________________________________________________________</w:t>
      </w:r>
      <w:r w:rsidR="00F71222">
        <w:t>__________________________</w:t>
      </w:r>
    </w:p>
    <w:p w14:paraId="5292084F" w14:textId="38E6257F" w:rsidR="001E1DAC" w:rsidRDefault="001E1DAC" w:rsidP="7175D2C1">
      <w:pPr>
        <w:spacing w:after="20"/>
      </w:pPr>
    </w:p>
    <w:p w14:paraId="71A654DD" w14:textId="77777777" w:rsidR="00F012A4" w:rsidRDefault="006703D8">
      <w:pPr>
        <w:pStyle w:val="Heading1"/>
        <w:spacing w:before="140" w:after="60"/>
      </w:pPr>
      <w:r>
        <w:t>7. Employability</w:t>
      </w:r>
    </w:p>
    <w:p w14:paraId="1512A57D" w14:textId="77777777" w:rsidR="00F012A4" w:rsidRDefault="006703D8">
      <w:pPr>
        <w:spacing w:after="40"/>
      </w:pPr>
      <w:r>
        <w:rPr>
          <w:b/>
        </w:rPr>
        <w:t>Has your traineeship helped you feel more prepared for employment?  ☐ Definitely   ☐ Yes   ☐ A little   ☐ Not yet</w:t>
      </w:r>
    </w:p>
    <w:p w14:paraId="076361FD" w14:textId="026C7133" w:rsidR="00F012A4" w:rsidRDefault="00F012A4">
      <w:pPr>
        <w:spacing w:after="20"/>
      </w:pPr>
    </w:p>
    <w:p w14:paraId="0AB2D585" w14:textId="77777777" w:rsidR="00F012A4" w:rsidRDefault="006703D8">
      <w:r>
        <w:lastRenderedPageBreak/>
        <w:t>How has the traineeship helped your employability? Tick all that apply.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F012A4" w14:paraId="693FBF89" w14:textId="77777777">
        <w:tc>
          <w:tcPr>
            <w:tcW w:w="3456" w:type="dxa"/>
            <w:vAlign w:val="center"/>
          </w:tcPr>
          <w:p w14:paraId="09B6020C" w14:textId="77777777" w:rsidR="00F012A4" w:rsidRDefault="006703D8">
            <w:r>
              <w:rPr>
                <w:sz w:val="16"/>
              </w:rPr>
              <w:t>☐ Gained practical work experience</w:t>
            </w:r>
          </w:p>
        </w:tc>
        <w:tc>
          <w:tcPr>
            <w:tcW w:w="3456" w:type="dxa"/>
            <w:vAlign w:val="center"/>
          </w:tcPr>
          <w:p w14:paraId="267938B7" w14:textId="77777777" w:rsidR="00F012A4" w:rsidRDefault="006703D8">
            <w:r>
              <w:rPr>
                <w:sz w:val="16"/>
              </w:rPr>
              <w:t>☐ Understand the workplace better</w:t>
            </w:r>
          </w:p>
        </w:tc>
        <w:tc>
          <w:tcPr>
            <w:tcW w:w="3456" w:type="dxa"/>
            <w:vAlign w:val="center"/>
          </w:tcPr>
          <w:p w14:paraId="13817A5B" w14:textId="77777777" w:rsidR="00F012A4" w:rsidRDefault="006703D8">
            <w:r>
              <w:rPr>
                <w:sz w:val="16"/>
              </w:rPr>
              <w:t>☐ Feel more confident</w:t>
            </w:r>
          </w:p>
        </w:tc>
      </w:tr>
      <w:tr w:rsidR="00F012A4" w14:paraId="4A9E4BD4" w14:textId="77777777">
        <w:tc>
          <w:tcPr>
            <w:tcW w:w="3456" w:type="dxa"/>
            <w:vAlign w:val="center"/>
          </w:tcPr>
          <w:p w14:paraId="4DA3D9BD" w14:textId="77777777" w:rsidR="00F012A4" w:rsidRDefault="006703D8">
            <w:r>
              <w:rPr>
                <w:sz w:val="16"/>
              </w:rPr>
              <w:t>☐ Developed new skills</w:t>
            </w:r>
          </w:p>
        </w:tc>
        <w:tc>
          <w:tcPr>
            <w:tcW w:w="3456" w:type="dxa"/>
            <w:vAlign w:val="center"/>
          </w:tcPr>
          <w:p w14:paraId="21E501E0" w14:textId="77777777" w:rsidR="00F012A4" w:rsidRDefault="006703D8">
            <w:r>
              <w:rPr>
                <w:sz w:val="16"/>
              </w:rPr>
              <w:t>☐ Have something to add to my CV</w:t>
            </w:r>
          </w:p>
        </w:tc>
        <w:tc>
          <w:tcPr>
            <w:tcW w:w="3456" w:type="dxa"/>
            <w:vAlign w:val="center"/>
          </w:tcPr>
          <w:p w14:paraId="6985BC86" w14:textId="77777777" w:rsidR="00F012A4" w:rsidRDefault="006703D8">
            <w:r>
              <w:rPr>
                <w:sz w:val="16"/>
              </w:rPr>
              <w:t>☐ Learned how to work with others</w:t>
            </w:r>
          </w:p>
        </w:tc>
      </w:tr>
      <w:tr w:rsidR="00F012A4" w14:paraId="3B4FEE85" w14:textId="77777777">
        <w:tc>
          <w:tcPr>
            <w:tcW w:w="3456" w:type="dxa"/>
            <w:vAlign w:val="center"/>
          </w:tcPr>
          <w:p w14:paraId="35CFD41D" w14:textId="77777777" w:rsidR="00F012A4" w:rsidRDefault="006703D8">
            <w:r>
              <w:rPr>
                <w:sz w:val="16"/>
              </w:rPr>
              <w:t>☐ Developed communication skills</w:t>
            </w:r>
          </w:p>
        </w:tc>
        <w:tc>
          <w:tcPr>
            <w:tcW w:w="3456" w:type="dxa"/>
            <w:vAlign w:val="center"/>
          </w:tcPr>
          <w:p w14:paraId="01093D0C" w14:textId="77777777" w:rsidR="00F012A4" w:rsidRDefault="006703D8">
            <w:r>
              <w:rPr>
                <w:sz w:val="16"/>
              </w:rPr>
              <w:t>☐ Learned about a career I am interested in</w:t>
            </w:r>
          </w:p>
        </w:tc>
        <w:tc>
          <w:tcPr>
            <w:tcW w:w="3456" w:type="dxa"/>
            <w:vAlign w:val="center"/>
          </w:tcPr>
          <w:p w14:paraId="5A77A709" w14:textId="77777777" w:rsidR="00F012A4" w:rsidRDefault="006703D8">
            <w:r>
              <w:rPr>
                <w:sz w:val="16"/>
              </w:rPr>
              <w:t>☐ Made useful contacts</w:t>
            </w:r>
          </w:p>
        </w:tc>
      </w:tr>
      <w:tr w:rsidR="00F012A4" w14:paraId="449A1464" w14:textId="77777777">
        <w:tc>
          <w:tcPr>
            <w:tcW w:w="3456" w:type="dxa"/>
            <w:vAlign w:val="center"/>
          </w:tcPr>
          <w:p w14:paraId="047E38FD" w14:textId="77777777" w:rsidR="00F012A4" w:rsidRDefault="006703D8">
            <w:r>
              <w:rPr>
                <w:sz w:val="16"/>
              </w:rPr>
              <w:t>☐ Developed Welsh language skills</w:t>
            </w:r>
          </w:p>
        </w:tc>
        <w:tc>
          <w:tcPr>
            <w:tcW w:w="3456" w:type="dxa"/>
            <w:vAlign w:val="center"/>
          </w:tcPr>
          <w:p w14:paraId="795CFF20" w14:textId="77777777" w:rsidR="00F012A4" w:rsidRDefault="006703D8">
            <w:r>
              <w:rPr>
                <w:sz w:val="16"/>
              </w:rPr>
              <w:t>☐ Better understanding of what employers expect</w:t>
            </w:r>
          </w:p>
        </w:tc>
        <w:tc>
          <w:tcPr>
            <w:tcW w:w="3456" w:type="dxa"/>
            <w:vAlign w:val="center"/>
          </w:tcPr>
          <w:p w14:paraId="7FB457D2" w14:textId="77777777" w:rsidR="00F012A4" w:rsidRDefault="006703D8">
            <w:r>
              <w:rPr>
                <w:sz w:val="16"/>
              </w:rPr>
              <w:t>☐ Other: __________________</w:t>
            </w:r>
          </w:p>
        </w:tc>
      </w:tr>
    </w:tbl>
    <w:p w14:paraId="3D1F7165" w14:textId="77777777" w:rsidR="001E1DAC" w:rsidRDefault="001E1DAC">
      <w:pPr>
        <w:spacing w:after="40"/>
        <w:rPr>
          <w:b/>
        </w:rPr>
      </w:pPr>
    </w:p>
    <w:p w14:paraId="660D18F7" w14:textId="4755AECB" w:rsidR="00F012A4" w:rsidRDefault="006703D8">
      <w:pPr>
        <w:spacing w:after="40"/>
      </w:pPr>
      <w:r>
        <w:rPr>
          <w:b/>
        </w:rPr>
        <w:t>Has the traineeship changed your ideas about your future career?  ☐ Yes – more interested in this type of work   ☐ Yes – discovered a different career   ☐ No   ☐ Still not sure</w:t>
      </w:r>
    </w:p>
    <w:p w14:paraId="1B1E3963" w14:textId="28D03010" w:rsidR="00F012A4" w:rsidRDefault="006703D8">
      <w:pPr>
        <w:spacing w:after="20"/>
      </w:pPr>
      <w:r>
        <w:t>________________________________________________________________________________</w:t>
      </w:r>
      <w:r w:rsidR="00F71222">
        <w:t>_____________________________________</w:t>
      </w:r>
    </w:p>
    <w:p w14:paraId="718C5331" w14:textId="77777777" w:rsidR="00F012A4" w:rsidRDefault="006703D8">
      <w:pPr>
        <w:pStyle w:val="Heading1"/>
        <w:spacing w:before="140" w:after="60"/>
      </w:pPr>
      <w:r>
        <w:t>8. Looking Back</w:t>
      </w:r>
    </w:p>
    <w:p w14:paraId="2F6082E7" w14:textId="77777777" w:rsidR="00F012A4" w:rsidRDefault="006703D8">
      <w:pPr>
        <w:spacing w:after="40"/>
        <w:rPr>
          <w:b/>
        </w:rPr>
      </w:pPr>
      <w:r>
        <w:rPr>
          <w:b/>
        </w:rPr>
        <w:t>What is the most important thing you have gained from your traineeship?</w:t>
      </w:r>
    </w:p>
    <w:p w14:paraId="1AFAA5CF" w14:textId="77777777" w:rsidR="00F71222" w:rsidRDefault="00F71222" w:rsidP="00F71222">
      <w:pPr>
        <w:spacing w:after="20"/>
      </w:pPr>
      <w:r>
        <w:t>____________________________________________________________________________________________________________________</w:t>
      </w:r>
    </w:p>
    <w:p w14:paraId="4CF2D5A3" w14:textId="4EE66D25" w:rsidR="00F71222" w:rsidRDefault="00F71222" w:rsidP="00F71222">
      <w:pPr>
        <w:spacing w:after="20"/>
      </w:pPr>
      <w:r>
        <w:t>____________________________________________________________________________________________________________________</w:t>
      </w:r>
    </w:p>
    <w:p w14:paraId="79E2330D" w14:textId="46766507" w:rsidR="00F012A4" w:rsidRDefault="00F71222">
      <w:pPr>
        <w:spacing w:after="40"/>
        <w:rPr>
          <w:b/>
        </w:rPr>
      </w:pPr>
      <w:r>
        <w:rPr>
          <w:b/>
        </w:rPr>
        <w:t>Any achievements</w:t>
      </w:r>
      <w:r w:rsidR="006703D8">
        <w:rPr>
          <w:b/>
        </w:rPr>
        <w:t xml:space="preserve"> you </w:t>
      </w:r>
      <w:r>
        <w:rPr>
          <w:b/>
        </w:rPr>
        <w:t xml:space="preserve">are </w:t>
      </w:r>
      <w:r w:rsidR="006703D8">
        <w:rPr>
          <w:b/>
        </w:rPr>
        <w:t>most proud of?</w:t>
      </w:r>
    </w:p>
    <w:p w14:paraId="3C9533BC" w14:textId="77777777" w:rsidR="00F71222" w:rsidRDefault="00F71222" w:rsidP="00F71222">
      <w:pPr>
        <w:spacing w:after="20"/>
      </w:pPr>
      <w:r>
        <w:t>____________________________________________________________________________________________________________________</w:t>
      </w:r>
    </w:p>
    <w:p w14:paraId="13E112A6" w14:textId="7A4E0CC0" w:rsidR="00F71222" w:rsidRDefault="00F71222" w:rsidP="001E1DAC">
      <w:pPr>
        <w:spacing w:after="20"/>
      </w:pPr>
      <w:r>
        <w:t>____________________________________________________________________________________________________________________</w:t>
      </w:r>
    </w:p>
    <w:p w14:paraId="31DBD41E" w14:textId="77777777" w:rsidR="00F012A4" w:rsidRDefault="006703D8">
      <w:pPr>
        <w:spacing w:after="40"/>
      </w:pPr>
      <w:r>
        <w:rPr>
          <w:b/>
        </w:rPr>
        <w:t>What advice would you give to someone starting a PCNPA traineeship?</w:t>
      </w:r>
    </w:p>
    <w:p w14:paraId="318BC042" w14:textId="4C6E00A1" w:rsidR="001E1DAC" w:rsidRDefault="001E1DAC" w:rsidP="7175D2C1">
      <w:pPr>
        <w:pBdr>
          <w:bottom w:val="single" w:sz="12" w:space="1" w:color="auto"/>
        </w:pBdr>
        <w:spacing w:after="20"/>
      </w:pPr>
    </w:p>
    <w:p w14:paraId="3DC5C929" w14:textId="77777777" w:rsidR="00F012A4" w:rsidRDefault="006703D8">
      <w:pPr>
        <w:pStyle w:val="Heading1"/>
        <w:spacing w:before="140" w:after="60"/>
      </w:pPr>
      <w:r>
        <w:t>9. Your Overall Experience</w:t>
      </w:r>
    </w:p>
    <w:p w14:paraId="67C31078" w14:textId="77777777" w:rsidR="00F012A4" w:rsidRDefault="006703D8">
      <w:pPr>
        <w:spacing w:after="40"/>
      </w:pPr>
      <w:r>
        <w:rPr>
          <w:b/>
        </w:rPr>
        <w:t>Overall, how would you rate your traineeship?  ☐ Very poor   ☐ Poor   ☐ OK   ☐ Good   ☐ Excellent</w:t>
      </w:r>
    </w:p>
    <w:p w14:paraId="415BBEFC" w14:textId="77777777" w:rsidR="00F012A4" w:rsidRDefault="006703D8">
      <w:pPr>
        <w:spacing w:after="20"/>
      </w:pPr>
      <w:r>
        <w:t>________________________________________________________________________________</w:t>
      </w:r>
    </w:p>
    <w:p w14:paraId="77BA98E5" w14:textId="3AB9EBD9" w:rsidR="00F012A4" w:rsidRDefault="006703D8">
      <w:pPr>
        <w:spacing w:after="40"/>
      </w:pPr>
      <w:r>
        <w:rPr>
          <w:b/>
        </w:rPr>
        <w:t>Would you recommend a PCNPA traineeship?  ☐ Definitely   ☐ Probably   ☐ Not sure   ☐ Probably not   ☐ No</w:t>
      </w:r>
    </w:p>
    <w:p w14:paraId="515094E4" w14:textId="77777777" w:rsidR="001E1DAC" w:rsidRDefault="001E1DAC" w:rsidP="001E1DAC">
      <w:pPr>
        <w:spacing w:after="40"/>
      </w:pPr>
    </w:p>
    <w:p w14:paraId="7D5AA7E2" w14:textId="52D537A8" w:rsidR="00F012A4" w:rsidRDefault="006703D8" w:rsidP="001E1DAC">
      <w:pPr>
        <w:spacing w:after="40"/>
      </w:pPr>
      <w:proofErr w:type="gramStart"/>
      <w:r>
        <w:rPr>
          <w:b/>
        </w:rPr>
        <w:t>Why?</w:t>
      </w:r>
      <w:r>
        <w:t>_</w:t>
      </w:r>
      <w:proofErr w:type="gramEnd"/>
      <w:r>
        <w:t>______________________________________________________________________________</w:t>
      </w:r>
      <w:r w:rsidR="001E1DAC" w:rsidRPr="001E1DAC">
        <w:t xml:space="preserve"> </w:t>
      </w:r>
      <w:r w:rsidR="001E1DAC">
        <w:t>_____________________________</w:t>
      </w:r>
      <w:r>
        <w:t>_</w:t>
      </w:r>
    </w:p>
    <w:p w14:paraId="19E793A6" w14:textId="7E6AE356" w:rsidR="00F012A4" w:rsidRDefault="006703D8">
      <w:pPr>
        <w:spacing w:after="20"/>
      </w:pPr>
      <w:r>
        <w:t>_______________________________________________________________________________</w:t>
      </w:r>
      <w:r w:rsidR="001E1DAC">
        <w:t>____________________________________</w:t>
      </w:r>
    </w:p>
    <w:p w14:paraId="6417F53C" w14:textId="77777777" w:rsidR="00F012A4" w:rsidRDefault="24E20613">
      <w:pPr>
        <w:spacing w:after="40"/>
      </w:pPr>
      <w:r w:rsidRPr="7175D2C1">
        <w:rPr>
          <w:b/>
          <w:bCs/>
        </w:rPr>
        <w:t xml:space="preserve">What is one thing PCNPA should KEEP </w:t>
      </w:r>
      <w:bookmarkStart w:id="0" w:name="_Int_YpY3OHzC"/>
      <w:r w:rsidRPr="7175D2C1">
        <w:rPr>
          <w:b/>
          <w:bCs/>
        </w:rPr>
        <w:t>doing</w:t>
      </w:r>
      <w:bookmarkEnd w:id="0"/>
      <w:r w:rsidRPr="7175D2C1">
        <w:rPr>
          <w:b/>
          <w:bCs/>
        </w:rPr>
        <w:t xml:space="preserve"> for future trainees?</w:t>
      </w:r>
    </w:p>
    <w:p w14:paraId="6B2AD45A" w14:textId="77777777" w:rsidR="00F71222" w:rsidRDefault="00F71222" w:rsidP="00F71222">
      <w:pPr>
        <w:spacing w:after="20"/>
      </w:pPr>
      <w:r>
        <w:t>____________________________________________________________________________________________________________________</w:t>
      </w:r>
    </w:p>
    <w:p w14:paraId="43AB7FFF" w14:textId="4DA35408" w:rsidR="00F012A4" w:rsidRDefault="00F71222">
      <w:pPr>
        <w:spacing w:after="20"/>
      </w:pPr>
      <w:r>
        <w:t>____________________________________________________________________________________________________________________</w:t>
      </w:r>
    </w:p>
    <w:p w14:paraId="255A3281" w14:textId="77777777" w:rsidR="00F012A4" w:rsidRDefault="006703D8">
      <w:pPr>
        <w:spacing w:after="40"/>
      </w:pPr>
      <w:r>
        <w:rPr>
          <w:b/>
        </w:rPr>
        <w:t>What is one thing PCNPA could CHANGE or IMPROVE?</w:t>
      </w:r>
    </w:p>
    <w:p w14:paraId="0DDBA5A7" w14:textId="77777777" w:rsidR="00F71222" w:rsidRDefault="00F71222" w:rsidP="00F71222">
      <w:pPr>
        <w:spacing w:after="20"/>
      </w:pPr>
      <w:r>
        <w:t>____________________________________________________________________________________________________________________</w:t>
      </w:r>
    </w:p>
    <w:p w14:paraId="3E6EBCFA" w14:textId="77777777" w:rsidR="00F71222" w:rsidRDefault="00F71222" w:rsidP="00F71222">
      <w:pPr>
        <w:spacing w:after="20"/>
      </w:pPr>
      <w:r>
        <w:t>____________________________________________________________________________________________________________________</w:t>
      </w:r>
    </w:p>
    <w:p w14:paraId="03D57A5A" w14:textId="77777777" w:rsidR="00F012A4" w:rsidRDefault="006703D8">
      <w:pPr>
        <w:pBdr>
          <w:bottom w:val="single" w:sz="12" w:space="1" w:color="auto"/>
        </w:pBdr>
        <w:spacing w:after="40"/>
        <w:rPr>
          <w:b/>
        </w:rPr>
      </w:pPr>
      <w:r>
        <w:rPr>
          <w:b/>
        </w:rPr>
        <w:t>Is there anything else you would like to tell us?</w:t>
      </w:r>
    </w:p>
    <w:p w14:paraId="0F6D2C9F" w14:textId="77777777" w:rsidR="001E1DAC" w:rsidRDefault="001E1DAC">
      <w:pPr>
        <w:pBdr>
          <w:bottom w:val="single" w:sz="12" w:space="1" w:color="auto"/>
        </w:pBdr>
        <w:spacing w:after="40"/>
      </w:pPr>
    </w:p>
    <w:p w14:paraId="0BF87469" w14:textId="77777777" w:rsidR="001E1DAC" w:rsidRDefault="001E1DAC" w:rsidP="001E1DAC">
      <w:pPr>
        <w:spacing w:after="20"/>
      </w:pPr>
    </w:p>
    <w:p w14:paraId="400FD70B" w14:textId="77777777" w:rsidR="00F012A4" w:rsidRDefault="006703D8">
      <w:pPr>
        <w:jc w:val="center"/>
      </w:pPr>
      <w:r>
        <w:rPr>
          <w:b/>
        </w:rPr>
        <w:t>Thank you! Your feedback will help us improve traineeships and create positive opportunities for future trainees.</w:t>
      </w:r>
    </w:p>
    <w:p w14:paraId="3AB994B1" w14:textId="78F027E1" w:rsidR="00F012A4" w:rsidRDefault="24E20613" w:rsidP="7175D2C1">
      <w:pPr>
        <w:jc w:val="center"/>
      </w:pPr>
      <w:r>
        <w:t>Optional: Name: _____________________________</w:t>
      </w:r>
      <w:r w:rsidR="2A9AD4FF">
        <w:t>________</w:t>
      </w:r>
      <w:r>
        <w:t xml:space="preserve">_ </w:t>
      </w:r>
      <w:r w:rsidR="693CD764">
        <w:t xml:space="preserve">                                </w:t>
      </w:r>
      <w:r>
        <w:t xml:space="preserve">   Date: __________________</w:t>
      </w:r>
    </w:p>
    <w:sectPr w:rsidR="00F012A4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YpY3OHzC" int2:invalidationBookmarkName="" int2:hashCode="8V/WddVbVfhw/2" int2:id="aNVkx4od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3356112">
    <w:abstractNumId w:val="8"/>
  </w:num>
  <w:num w:numId="2" w16cid:durableId="14768993">
    <w:abstractNumId w:val="6"/>
  </w:num>
  <w:num w:numId="3" w16cid:durableId="633557076">
    <w:abstractNumId w:val="5"/>
  </w:num>
  <w:num w:numId="4" w16cid:durableId="1052382600">
    <w:abstractNumId w:val="4"/>
  </w:num>
  <w:num w:numId="5" w16cid:durableId="559172193">
    <w:abstractNumId w:val="7"/>
  </w:num>
  <w:num w:numId="6" w16cid:durableId="47388190">
    <w:abstractNumId w:val="3"/>
  </w:num>
  <w:num w:numId="7" w16cid:durableId="283662497">
    <w:abstractNumId w:val="2"/>
  </w:num>
  <w:num w:numId="8" w16cid:durableId="979574776">
    <w:abstractNumId w:val="1"/>
  </w:num>
  <w:num w:numId="9" w16cid:durableId="140511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2168"/>
    <w:rsid w:val="001E1DAC"/>
    <w:rsid w:val="001F29E5"/>
    <w:rsid w:val="0029639D"/>
    <w:rsid w:val="00326F90"/>
    <w:rsid w:val="006364C3"/>
    <w:rsid w:val="006703D8"/>
    <w:rsid w:val="006B3222"/>
    <w:rsid w:val="00AA1D8D"/>
    <w:rsid w:val="00AF2C02"/>
    <w:rsid w:val="00B47730"/>
    <w:rsid w:val="00CB0664"/>
    <w:rsid w:val="00F012A4"/>
    <w:rsid w:val="00F71222"/>
    <w:rsid w:val="00FC693F"/>
    <w:rsid w:val="24E20613"/>
    <w:rsid w:val="2A9AD4FF"/>
    <w:rsid w:val="2B69B9F8"/>
    <w:rsid w:val="36595C4B"/>
    <w:rsid w:val="693CD764"/>
    <w:rsid w:val="7175D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65B505"/>
  <w14:defaultImageDpi w14:val="300"/>
  <w15:docId w15:val="{432DAB40-EEEE-964E-8654-1DC6C06D3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829</Words>
  <Characters>6824</Characters>
  <Application>Microsoft Office Word</Application>
  <DocSecurity>4</DocSecurity>
  <Lines>235</Lines>
  <Paragraphs>212</Paragraphs>
  <ScaleCrop>false</ScaleCrop>
  <Manager/>
  <Company/>
  <LinksUpToDate>false</LinksUpToDate>
  <CharactersWithSpaces>7441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Kate Gravell</cp:lastModifiedBy>
  <cp:revision>2</cp:revision>
  <dcterms:created xsi:type="dcterms:W3CDTF">2026-10-02T12:58:00Z</dcterms:created>
  <dcterms:modified xsi:type="dcterms:W3CDTF">2026-10-02T12:58:00Z</dcterms:modified>
  <cp:category/>
</cp:coreProperties>
</file>